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6B4" w14:textId="77777777" w:rsidR="004D7564" w:rsidRDefault="004D756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15837142" w14:textId="1C754095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>PROPUESTA DE CANDIDATURA</w:t>
      </w:r>
    </w:p>
    <w:p w14:paraId="6E9C9D1B" w14:textId="77777777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>PREMIO MUNICIPAL AL DEPORTE 2026</w:t>
      </w:r>
    </w:p>
    <w:p w14:paraId="04178F77" w14:textId="77777777" w:rsidR="00E72294" w:rsidRDefault="00E72294">
      <w:pPr>
        <w:rPr>
          <w:rFonts w:ascii="Times New Roman" w:hAnsi="Times New Roman" w:cs="Times New Roman"/>
          <w:color w:val="000000" w:themeColor="text1"/>
        </w:rPr>
      </w:pPr>
    </w:p>
    <w:p w14:paraId="0944147D" w14:textId="23AAE92B" w:rsidR="009F6EBF" w:rsidRDefault="00535D3D" w:rsidP="00E72294">
      <w:pPr>
        <w:tabs>
          <w:tab w:val="left" w:pos="6486"/>
        </w:tabs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Coacalco de Berriozábal · Instrumento complementario para las cuatro categorías. Llenar los apartados comunes y únicamente el anexo correspondiente a la categoría seleccionada. No sustituye el formato oficial de registro proporcionado por el Instituto.</w:t>
      </w:r>
    </w:p>
    <w:p w14:paraId="45120556" w14:textId="77777777" w:rsidR="00E72294" w:rsidRPr="0037092C" w:rsidRDefault="00E72294" w:rsidP="00E72294">
      <w:pPr>
        <w:tabs>
          <w:tab w:val="left" w:pos="6486"/>
        </w:tabs>
        <w:rPr>
          <w:rFonts w:ascii="Times New Roman" w:hAnsi="Times New Roman" w:cs="Times New Roman"/>
          <w:color w:val="000000" w:themeColor="text1"/>
        </w:rPr>
      </w:pPr>
    </w:p>
    <w:p w14:paraId="13D2C6AC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I. CONTROL DE RECEPCIÓN · USO DEL INSTITUTO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47"/>
        <w:gridCol w:w="3348"/>
        <w:gridCol w:w="3347"/>
      </w:tblGrid>
      <w:tr w:rsidR="009F6EBF" w:rsidRPr="0037092C" w14:paraId="010FC871" w14:textId="77777777">
        <w:trPr>
          <w:jc w:val="center"/>
        </w:trPr>
        <w:tc>
          <w:tcPr>
            <w:tcW w:w="3351" w:type="dxa"/>
          </w:tcPr>
          <w:p w14:paraId="181C5DF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  <w:tc>
          <w:tcPr>
            <w:tcW w:w="3351" w:type="dxa"/>
          </w:tcPr>
          <w:p w14:paraId="134ECB3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 y hora de recepción</w:t>
            </w:r>
          </w:p>
        </w:tc>
        <w:tc>
          <w:tcPr>
            <w:tcW w:w="3351" w:type="dxa"/>
          </w:tcPr>
          <w:p w14:paraId="50D7C79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Servidor receptor / sello</w:t>
            </w:r>
          </w:p>
        </w:tc>
      </w:tr>
      <w:tr w:rsidR="009F6EBF" w:rsidRPr="0037092C" w14:paraId="7BEC9406" w14:textId="77777777">
        <w:trPr>
          <w:jc w:val="center"/>
        </w:trPr>
        <w:tc>
          <w:tcPr>
            <w:tcW w:w="3351" w:type="dxa"/>
          </w:tcPr>
          <w:p w14:paraId="55894475" w14:textId="7B3FF24C" w:rsidR="00A44E9F" w:rsidRPr="0037092C" w:rsidRDefault="00A44E9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51" w:type="dxa"/>
          </w:tcPr>
          <w:p w14:paraId="0E141932" w14:textId="1840316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51" w:type="dxa"/>
          </w:tcPr>
          <w:p w14:paraId="34174631" w14:textId="71B481C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A5B049C" w14:textId="197862B5" w:rsidR="00E72294" w:rsidRDefault="00E72294">
      <w:pPr>
        <w:spacing w:before="200"/>
        <w:rPr>
          <w:rFonts w:ascii="Times New Roman" w:hAnsi="Times New Roman" w:cs="Times New Roman"/>
          <w:b/>
          <w:color w:val="000000" w:themeColor="text1"/>
          <w:sz w:val="20"/>
        </w:rPr>
      </w:pPr>
      <w:r w:rsidRPr="00E72294">
        <w:rPr>
          <w:rFonts w:ascii="Times New Roman" w:hAnsi="Times New Roman" w:cs="Times New Roman"/>
          <w:b/>
          <w:noProof/>
          <w:color w:val="000000" w:themeColor="text1"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AFF0AD" wp14:editId="3A9F25AF">
                <wp:simplePos x="0" y="0"/>
                <wp:positionH relativeFrom="column">
                  <wp:posOffset>4171315</wp:posOffset>
                </wp:positionH>
                <wp:positionV relativeFrom="paragraph">
                  <wp:posOffset>231140</wp:posOffset>
                </wp:positionV>
                <wp:extent cx="1049020" cy="993775"/>
                <wp:effectExtent l="0" t="0" r="17780" b="158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5D244" w14:textId="727926AD" w:rsidR="00E72294" w:rsidRDefault="00E72294"/>
                          <w:p w14:paraId="3F3743C5" w14:textId="2CCDAF4A" w:rsidR="00E72294" w:rsidRDefault="00E72294"/>
                          <w:p w14:paraId="69CA67D9" w14:textId="10A0CACA" w:rsidR="00E72294" w:rsidRDefault="00E72294"/>
                          <w:p w14:paraId="03905278" w14:textId="52B88A14" w:rsidR="00E72294" w:rsidRDefault="00E72294"/>
                          <w:p w14:paraId="0C95FBDB" w14:textId="70EBCB2F" w:rsidR="00E72294" w:rsidRDefault="00E72294"/>
                          <w:p w14:paraId="20DEC6FB" w14:textId="1D845D3C" w:rsidR="00E72294" w:rsidRDefault="00E72294"/>
                          <w:p w14:paraId="79F9764C" w14:textId="723C47F4" w:rsidR="00E72294" w:rsidRDefault="00E72294"/>
                          <w:p w14:paraId="0DA14FB5" w14:textId="007B942C" w:rsidR="00E72294" w:rsidRDefault="00E72294"/>
                          <w:p w14:paraId="1FEFFF0E" w14:textId="55186FDD" w:rsidR="00E72294" w:rsidRDefault="00E72294"/>
                          <w:p w14:paraId="258843F8" w14:textId="77A4589B" w:rsidR="00E72294" w:rsidRDefault="00E72294"/>
                          <w:p w14:paraId="76E83881" w14:textId="45CC92FE" w:rsidR="00E72294" w:rsidRDefault="00E72294"/>
                          <w:p w14:paraId="542FE3ED" w14:textId="4C47EA24" w:rsidR="00E72294" w:rsidRDefault="00E72294"/>
                          <w:p w14:paraId="7DEE4842" w14:textId="3956FC5F" w:rsidR="00E72294" w:rsidRDefault="00E72294"/>
                          <w:p w14:paraId="591C8DAB" w14:textId="3773CC10" w:rsidR="00E72294" w:rsidRDefault="00E72294"/>
                          <w:p w14:paraId="70684DB6" w14:textId="6C7A3F64" w:rsidR="00E72294" w:rsidRDefault="00E72294"/>
                          <w:p w14:paraId="28DEDE55" w14:textId="0904383A" w:rsidR="00E72294" w:rsidRDefault="00E72294"/>
                          <w:p w14:paraId="01EDB847" w14:textId="17C33FE8" w:rsidR="00E72294" w:rsidRDefault="00E72294"/>
                          <w:p w14:paraId="38775F08" w14:textId="568585C7" w:rsidR="00E72294" w:rsidRDefault="00E72294"/>
                          <w:p w14:paraId="5B6A1542" w14:textId="0FBE6962" w:rsidR="00E72294" w:rsidRDefault="00E72294"/>
                          <w:p w14:paraId="16DD975E" w14:textId="4E049E8E" w:rsidR="00E72294" w:rsidRDefault="00E72294"/>
                          <w:p w14:paraId="22438A46" w14:textId="141C6D5C" w:rsidR="00E72294" w:rsidRDefault="00E72294"/>
                          <w:p w14:paraId="219C124E" w14:textId="7B76F06E" w:rsidR="00E72294" w:rsidRDefault="00E72294"/>
                          <w:p w14:paraId="1CF2B1B6" w14:textId="25984F70" w:rsidR="00E72294" w:rsidRDefault="00E72294"/>
                          <w:p w14:paraId="5F2C37A1" w14:textId="3E5F0151" w:rsidR="00E72294" w:rsidRDefault="00E72294"/>
                          <w:p w14:paraId="5DC2547E" w14:textId="03305E56" w:rsidR="00E72294" w:rsidRDefault="00E72294"/>
                          <w:p w14:paraId="719FC6AE" w14:textId="1995FF52" w:rsidR="00E72294" w:rsidRDefault="00E72294"/>
                          <w:p w14:paraId="2A70ABCE" w14:textId="3F7BCE76" w:rsidR="00E72294" w:rsidRDefault="00E72294"/>
                          <w:p w14:paraId="0BAC496E" w14:textId="6B89BC27" w:rsidR="00E72294" w:rsidRDefault="00E72294"/>
                          <w:p w14:paraId="1E04110B" w14:textId="1D0E83A1" w:rsidR="00E72294" w:rsidRDefault="00E72294"/>
                          <w:p w14:paraId="50DC668B" w14:textId="3256BF09" w:rsidR="00E72294" w:rsidRDefault="00E72294"/>
                          <w:p w14:paraId="44EB7C42" w14:textId="190ACE77" w:rsidR="00E72294" w:rsidRDefault="00E72294"/>
                          <w:p w14:paraId="4E9F6094" w14:textId="5348F431" w:rsidR="00E72294" w:rsidRDefault="00E72294"/>
                          <w:p w14:paraId="30CCE141" w14:textId="3EEA5234" w:rsidR="00E72294" w:rsidRDefault="00E72294"/>
                          <w:p w14:paraId="3E607BB1" w14:textId="1676173C" w:rsidR="00E72294" w:rsidRDefault="00E72294"/>
                          <w:p w14:paraId="4B661BC8" w14:textId="77777777" w:rsidR="00E72294" w:rsidRDefault="00E722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FF0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28.45pt;margin-top:18.2pt;width:82.6pt;height:7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">
                <v:textbox>
                  <w:txbxContent>
                    <w:p w14:paraId="0AB5D244" w14:textId="727926AD" w:rsidR="00E72294" w:rsidRDefault="00E72294"/>
                    <w:p w14:paraId="3F3743C5" w14:textId="2CCDAF4A" w:rsidR="00E72294" w:rsidRDefault="00E72294"/>
                    <w:p w14:paraId="69CA67D9" w14:textId="10A0CACA" w:rsidR="00E72294" w:rsidRDefault="00E72294"/>
                    <w:p w14:paraId="03905278" w14:textId="52B88A14" w:rsidR="00E72294" w:rsidRDefault="00E72294"/>
                    <w:p w14:paraId="0C95FBDB" w14:textId="70EBCB2F" w:rsidR="00E72294" w:rsidRDefault="00E72294"/>
                    <w:p w14:paraId="20DEC6FB" w14:textId="1D845D3C" w:rsidR="00E72294" w:rsidRDefault="00E72294"/>
                    <w:p w14:paraId="79F9764C" w14:textId="723C47F4" w:rsidR="00E72294" w:rsidRDefault="00E72294"/>
                    <w:p w14:paraId="0DA14FB5" w14:textId="007B942C" w:rsidR="00E72294" w:rsidRDefault="00E72294"/>
                    <w:p w14:paraId="1FEFFF0E" w14:textId="55186FDD" w:rsidR="00E72294" w:rsidRDefault="00E72294"/>
                    <w:p w14:paraId="258843F8" w14:textId="77A4589B" w:rsidR="00E72294" w:rsidRDefault="00E72294"/>
                    <w:p w14:paraId="76E83881" w14:textId="45CC92FE" w:rsidR="00E72294" w:rsidRDefault="00E72294"/>
                    <w:p w14:paraId="542FE3ED" w14:textId="4C47EA24" w:rsidR="00E72294" w:rsidRDefault="00E72294"/>
                    <w:p w14:paraId="7DEE4842" w14:textId="3956FC5F" w:rsidR="00E72294" w:rsidRDefault="00E72294"/>
                    <w:p w14:paraId="591C8DAB" w14:textId="3773CC10" w:rsidR="00E72294" w:rsidRDefault="00E72294"/>
                    <w:p w14:paraId="70684DB6" w14:textId="6C7A3F64" w:rsidR="00E72294" w:rsidRDefault="00E72294"/>
                    <w:p w14:paraId="28DEDE55" w14:textId="0904383A" w:rsidR="00E72294" w:rsidRDefault="00E72294"/>
                    <w:p w14:paraId="01EDB847" w14:textId="17C33FE8" w:rsidR="00E72294" w:rsidRDefault="00E72294"/>
                    <w:p w14:paraId="38775F08" w14:textId="568585C7" w:rsidR="00E72294" w:rsidRDefault="00E72294"/>
                    <w:p w14:paraId="5B6A1542" w14:textId="0FBE6962" w:rsidR="00E72294" w:rsidRDefault="00E72294"/>
                    <w:p w14:paraId="16DD975E" w14:textId="4E049E8E" w:rsidR="00E72294" w:rsidRDefault="00E72294"/>
                    <w:p w14:paraId="22438A46" w14:textId="141C6D5C" w:rsidR="00E72294" w:rsidRDefault="00E72294"/>
                    <w:p w14:paraId="219C124E" w14:textId="7B76F06E" w:rsidR="00E72294" w:rsidRDefault="00E72294"/>
                    <w:p w14:paraId="1CF2B1B6" w14:textId="25984F70" w:rsidR="00E72294" w:rsidRDefault="00E72294"/>
                    <w:p w14:paraId="5F2C37A1" w14:textId="3E5F0151" w:rsidR="00E72294" w:rsidRDefault="00E72294"/>
                    <w:p w14:paraId="5DC2547E" w14:textId="03305E56" w:rsidR="00E72294" w:rsidRDefault="00E72294"/>
                    <w:p w14:paraId="719FC6AE" w14:textId="1995FF52" w:rsidR="00E72294" w:rsidRDefault="00E72294"/>
                    <w:p w14:paraId="2A70ABCE" w14:textId="3F7BCE76" w:rsidR="00E72294" w:rsidRDefault="00E72294"/>
                    <w:p w14:paraId="0BAC496E" w14:textId="6B89BC27" w:rsidR="00E72294" w:rsidRDefault="00E72294"/>
                    <w:p w14:paraId="1E04110B" w14:textId="1D0E83A1" w:rsidR="00E72294" w:rsidRDefault="00E72294"/>
                    <w:p w14:paraId="50DC668B" w14:textId="3256BF09" w:rsidR="00E72294" w:rsidRDefault="00E72294"/>
                    <w:p w14:paraId="44EB7C42" w14:textId="190ACE77" w:rsidR="00E72294" w:rsidRDefault="00E72294"/>
                    <w:p w14:paraId="4E9F6094" w14:textId="5348F431" w:rsidR="00E72294" w:rsidRDefault="00E72294"/>
                    <w:p w14:paraId="30CCE141" w14:textId="3EEA5234" w:rsidR="00E72294" w:rsidRDefault="00E72294"/>
                    <w:p w14:paraId="3E607BB1" w14:textId="1676173C" w:rsidR="00E72294" w:rsidRDefault="00E72294"/>
                    <w:p w14:paraId="4B661BC8" w14:textId="77777777" w:rsidR="00E72294" w:rsidRDefault="00E72294"/>
                  </w:txbxContent>
                </v:textbox>
                <w10:wrap type="square"/>
              </v:shape>
            </w:pict>
          </mc:Fallback>
        </mc:AlternateContent>
      </w:r>
    </w:p>
    <w:p w14:paraId="3DF79C4C" w14:textId="6AA00F50" w:rsidR="009F6EBF" w:rsidRDefault="00535D3D">
      <w:pPr>
        <w:spacing w:before="200"/>
        <w:rPr>
          <w:rFonts w:ascii="Times New Roman" w:hAnsi="Times New Roman" w:cs="Times New Roman"/>
          <w:b/>
          <w:color w:val="000000" w:themeColor="text1"/>
          <w:sz w:val="20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II. IDENTIFICACIÓN DE LA PERSONA CANDIDATA</w:t>
      </w:r>
    </w:p>
    <w:p w14:paraId="628EBD73" w14:textId="62B1DF32" w:rsidR="00E72294" w:rsidRDefault="00E72294">
      <w:pPr>
        <w:spacing w:before="200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711245D1" w14:textId="77777777" w:rsidR="00E72294" w:rsidRPr="0037092C" w:rsidRDefault="00E72294">
      <w:pPr>
        <w:spacing w:before="200"/>
        <w:rPr>
          <w:rFonts w:ascii="Times New Roman" w:hAnsi="Times New Roman" w:cs="Times New Roman"/>
          <w:color w:val="000000" w:themeColor="text1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21"/>
        <w:gridCol w:w="5021"/>
      </w:tblGrid>
      <w:tr w:rsidR="009F6EBF" w:rsidRPr="0037092C" w14:paraId="1221A34A" w14:textId="77777777">
        <w:trPr>
          <w:jc w:val="center"/>
        </w:trPr>
        <w:tc>
          <w:tcPr>
            <w:tcW w:w="5026" w:type="dxa"/>
          </w:tcPr>
          <w:p w14:paraId="5F33DBA9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Dato</w:t>
            </w:r>
          </w:p>
        </w:tc>
        <w:tc>
          <w:tcPr>
            <w:tcW w:w="5026" w:type="dxa"/>
          </w:tcPr>
          <w:p w14:paraId="637ECA3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Información</w:t>
            </w:r>
          </w:p>
        </w:tc>
      </w:tr>
      <w:tr w:rsidR="009F6EBF" w:rsidRPr="0037092C" w14:paraId="758571AE" w14:textId="77777777">
        <w:trPr>
          <w:jc w:val="center"/>
        </w:trPr>
        <w:tc>
          <w:tcPr>
            <w:tcW w:w="5026" w:type="dxa"/>
          </w:tcPr>
          <w:p w14:paraId="2F81FD8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Nombre completo</w:t>
            </w:r>
          </w:p>
        </w:tc>
        <w:tc>
          <w:tcPr>
            <w:tcW w:w="5026" w:type="dxa"/>
          </w:tcPr>
          <w:p w14:paraId="28E85EB1" w14:textId="34E39A1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2DE252D2" w14:textId="77777777">
        <w:trPr>
          <w:jc w:val="center"/>
        </w:trPr>
        <w:tc>
          <w:tcPr>
            <w:tcW w:w="5026" w:type="dxa"/>
          </w:tcPr>
          <w:p w14:paraId="1B67280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Fecha de nacimiento / edad</w:t>
            </w:r>
          </w:p>
        </w:tc>
        <w:tc>
          <w:tcPr>
            <w:tcW w:w="5026" w:type="dxa"/>
          </w:tcPr>
          <w:p w14:paraId="5F788710" w14:textId="1A9A51E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90E4EF7" w14:textId="77777777">
        <w:trPr>
          <w:jc w:val="center"/>
        </w:trPr>
        <w:tc>
          <w:tcPr>
            <w:tcW w:w="5026" w:type="dxa"/>
          </w:tcPr>
          <w:p w14:paraId="5E900C3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CURP</w:t>
            </w:r>
          </w:p>
        </w:tc>
        <w:tc>
          <w:tcPr>
            <w:tcW w:w="5026" w:type="dxa"/>
          </w:tcPr>
          <w:p w14:paraId="57328B13" w14:textId="2D43ADB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82CD364" w14:textId="77777777">
        <w:trPr>
          <w:jc w:val="center"/>
        </w:trPr>
        <w:tc>
          <w:tcPr>
            <w:tcW w:w="5026" w:type="dxa"/>
          </w:tcPr>
          <w:p w14:paraId="44F8254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Domicilio / C. P.</w:t>
            </w:r>
          </w:p>
        </w:tc>
        <w:tc>
          <w:tcPr>
            <w:tcW w:w="5026" w:type="dxa"/>
          </w:tcPr>
          <w:p w14:paraId="7EBA3269" w14:textId="186CB0F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17F3000B" w14:textId="77777777">
        <w:trPr>
          <w:jc w:val="center"/>
        </w:trPr>
        <w:tc>
          <w:tcPr>
            <w:tcW w:w="5026" w:type="dxa"/>
          </w:tcPr>
          <w:p w14:paraId="7AB676B8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Teléfono / correo</w:t>
            </w:r>
          </w:p>
        </w:tc>
        <w:tc>
          <w:tcPr>
            <w:tcW w:w="5026" w:type="dxa"/>
          </w:tcPr>
          <w:p w14:paraId="44F5776A" w14:textId="1CCE630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2818EFDC" w14:textId="77777777">
        <w:trPr>
          <w:jc w:val="center"/>
        </w:trPr>
        <w:tc>
          <w:tcPr>
            <w:tcW w:w="5026" w:type="dxa"/>
          </w:tcPr>
          <w:p w14:paraId="6055540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Disciplina / especialidad / prueba</w:t>
            </w:r>
          </w:p>
        </w:tc>
        <w:tc>
          <w:tcPr>
            <w:tcW w:w="5026" w:type="dxa"/>
          </w:tcPr>
          <w:p w14:paraId="44847212" w14:textId="34BAC9B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1E2991DB" w14:textId="77777777">
        <w:trPr>
          <w:jc w:val="center"/>
        </w:trPr>
        <w:tc>
          <w:tcPr>
            <w:tcW w:w="5026" w:type="dxa"/>
          </w:tcPr>
          <w:p w14:paraId="5FB6A429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Club, asociación o institución</w:t>
            </w:r>
          </w:p>
        </w:tc>
        <w:tc>
          <w:tcPr>
            <w:tcW w:w="5026" w:type="dxa"/>
          </w:tcPr>
          <w:p w14:paraId="7CC49F8B" w14:textId="7CD8F26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BCD49DD" w14:textId="10CCDCE5" w:rsidR="009F6EBF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 xml:space="preserve">Vínculo con Coacalco (acreditar):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Nacimiento en el municipio 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Residencia deportiva de 10 años o más.</w:t>
      </w:r>
    </w:p>
    <w:p w14:paraId="1E42F95C" w14:textId="77777777" w:rsidR="00E72294" w:rsidRPr="0037092C" w:rsidRDefault="00E72294">
      <w:pPr>
        <w:rPr>
          <w:rFonts w:ascii="Times New Roman" w:hAnsi="Times New Roman" w:cs="Times New Roman"/>
          <w:color w:val="000000" w:themeColor="text1"/>
        </w:rPr>
      </w:pPr>
    </w:p>
    <w:p w14:paraId="4D976BD1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III. CATEGORÍA DE POSTULACIÓN · MARCAR SOLO UNA</w:t>
      </w:r>
    </w:p>
    <w:p w14:paraId="4510042C" w14:textId="56EA704F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A. Deportistas adaptados   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B. Deportistas </w:t>
      </w:r>
      <w:r w:rsidR="0037092C">
        <w:rPr>
          <w:rFonts w:ascii="Times New Roman" w:hAnsi="Times New Roman" w:cs="Times New Roman"/>
          <w:color w:val="000000" w:themeColor="text1"/>
        </w:rPr>
        <w:t>convencionales</w:t>
      </w:r>
      <w:r w:rsidRPr="0037092C">
        <w:rPr>
          <w:rFonts w:ascii="Times New Roman" w:hAnsi="Times New Roman" w:cs="Times New Roman"/>
          <w:color w:val="000000" w:themeColor="text1"/>
        </w:rPr>
        <w:t xml:space="preserve">   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C. Por trayectoria</w:t>
      </w:r>
    </w:p>
    <w:p w14:paraId="127CDE42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D. Por entrenador, juez o árbitro: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Entrenador(a)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Juez(a)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Árbitro(a)</w:t>
      </w:r>
    </w:p>
    <w:p w14:paraId="5B674E62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IV. DATOS DE LA PERSONA U ORGANIZACIÓN PROPONENTE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21"/>
        <w:gridCol w:w="5021"/>
      </w:tblGrid>
      <w:tr w:rsidR="009F6EBF" w:rsidRPr="0037092C" w14:paraId="472EDCB1" w14:textId="77777777">
        <w:trPr>
          <w:jc w:val="center"/>
        </w:trPr>
        <w:tc>
          <w:tcPr>
            <w:tcW w:w="5026" w:type="dxa"/>
          </w:tcPr>
          <w:p w14:paraId="2536FF96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Dato</w:t>
            </w:r>
          </w:p>
        </w:tc>
        <w:tc>
          <w:tcPr>
            <w:tcW w:w="5026" w:type="dxa"/>
          </w:tcPr>
          <w:p w14:paraId="49F7EC3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Información</w:t>
            </w:r>
          </w:p>
        </w:tc>
      </w:tr>
      <w:tr w:rsidR="009F6EBF" w:rsidRPr="0037092C" w14:paraId="006BEB7C" w14:textId="77777777">
        <w:trPr>
          <w:jc w:val="center"/>
        </w:trPr>
        <w:tc>
          <w:tcPr>
            <w:tcW w:w="5026" w:type="dxa"/>
          </w:tcPr>
          <w:p w14:paraId="6BD547C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Nombre / denominación</w:t>
            </w:r>
          </w:p>
        </w:tc>
        <w:tc>
          <w:tcPr>
            <w:tcW w:w="5026" w:type="dxa"/>
          </w:tcPr>
          <w:p w14:paraId="70301A40" w14:textId="29D753F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1512F1D" w14:textId="77777777">
        <w:trPr>
          <w:jc w:val="center"/>
        </w:trPr>
        <w:tc>
          <w:tcPr>
            <w:tcW w:w="5026" w:type="dxa"/>
          </w:tcPr>
          <w:p w14:paraId="4735AC9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Carácter (autopostulación, club, asociación, otro)</w:t>
            </w:r>
          </w:p>
        </w:tc>
        <w:tc>
          <w:tcPr>
            <w:tcW w:w="5026" w:type="dxa"/>
          </w:tcPr>
          <w:p w14:paraId="712C088E" w14:textId="2B04C36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7E828B8" w14:textId="77777777">
        <w:trPr>
          <w:jc w:val="center"/>
        </w:trPr>
        <w:tc>
          <w:tcPr>
            <w:tcW w:w="5026" w:type="dxa"/>
          </w:tcPr>
          <w:p w14:paraId="62894B38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Representante (si corresponde)</w:t>
            </w:r>
          </w:p>
        </w:tc>
        <w:tc>
          <w:tcPr>
            <w:tcW w:w="5026" w:type="dxa"/>
          </w:tcPr>
          <w:p w14:paraId="48177B76" w14:textId="70C8998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7BCC1194" w14:textId="77777777">
        <w:trPr>
          <w:jc w:val="center"/>
        </w:trPr>
        <w:tc>
          <w:tcPr>
            <w:tcW w:w="5026" w:type="dxa"/>
          </w:tcPr>
          <w:p w14:paraId="306F064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Teléfono y correo</w:t>
            </w:r>
          </w:p>
        </w:tc>
        <w:tc>
          <w:tcPr>
            <w:tcW w:w="5026" w:type="dxa"/>
          </w:tcPr>
          <w:p w14:paraId="2E5130DB" w14:textId="5AB6FE2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ECB5AAB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br w:type="page"/>
      </w:r>
    </w:p>
    <w:p w14:paraId="3A622E5C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lastRenderedPageBreak/>
        <w:t>V. SÍNTESIS FUNDAMENTADA DE LA PROPUESTA</w:t>
      </w:r>
    </w:p>
    <w:p w14:paraId="639949E6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Exponer los méritos que justifican la candidatura. Citar los folios de los anexos documentales.</w:t>
      </w:r>
    </w:p>
    <w:p w14:paraId="0AB4EB87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59BC4DE4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28051858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6683ACC0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64873836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VI. RESULTADOS OFICIALES DE 2026 · APLICABLES A TODAS LAS CATEGORÍAS</w:t>
      </w:r>
    </w:p>
    <w:p w14:paraId="32845020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Consignar resultados propios o, en caso de entrenadores, resultados de atletas a su cargo; para jueces y árbitros, utilizar el anexo D de designaciones. No duplicar una misma prueba.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2008"/>
        <w:gridCol w:w="2009"/>
        <w:gridCol w:w="2008"/>
        <w:gridCol w:w="2009"/>
      </w:tblGrid>
      <w:tr w:rsidR="009F6EBF" w:rsidRPr="0037092C" w14:paraId="466D126B" w14:textId="77777777">
        <w:trPr>
          <w:jc w:val="center"/>
        </w:trPr>
        <w:tc>
          <w:tcPr>
            <w:tcW w:w="2010" w:type="dxa"/>
          </w:tcPr>
          <w:p w14:paraId="1902B3A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</w:t>
            </w:r>
          </w:p>
        </w:tc>
        <w:tc>
          <w:tcPr>
            <w:tcW w:w="2010" w:type="dxa"/>
          </w:tcPr>
          <w:p w14:paraId="17B36B0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Evento y nivel</w:t>
            </w:r>
          </w:p>
        </w:tc>
        <w:tc>
          <w:tcPr>
            <w:tcW w:w="2010" w:type="dxa"/>
          </w:tcPr>
          <w:p w14:paraId="591CF4E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Disciplina / prueba</w:t>
            </w:r>
          </w:p>
        </w:tc>
        <w:tc>
          <w:tcPr>
            <w:tcW w:w="2010" w:type="dxa"/>
          </w:tcPr>
          <w:p w14:paraId="46ED3A0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Lugar o marca</w:t>
            </w:r>
          </w:p>
        </w:tc>
        <w:tc>
          <w:tcPr>
            <w:tcW w:w="2010" w:type="dxa"/>
          </w:tcPr>
          <w:p w14:paraId="15D924F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 evidencia</w:t>
            </w:r>
          </w:p>
        </w:tc>
      </w:tr>
      <w:tr w:rsidR="009F6EBF" w:rsidRPr="0037092C" w14:paraId="753E3CD3" w14:textId="77777777">
        <w:trPr>
          <w:jc w:val="center"/>
        </w:trPr>
        <w:tc>
          <w:tcPr>
            <w:tcW w:w="2010" w:type="dxa"/>
          </w:tcPr>
          <w:p w14:paraId="61686D28" w14:textId="3941E34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E309302" w14:textId="5A760D7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884C11E" w14:textId="6CA37F7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7F16C73" w14:textId="02EE899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3DA355E" w14:textId="21FAA59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303F4990" w14:textId="77777777">
        <w:trPr>
          <w:jc w:val="center"/>
        </w:trPr>
        <w:tc>
          <w:tcPr>
            <w:tcW w:w="2010" w:type="dxa"/>
          </w:tcPr>
          <w:p w14:paraId="6FB05725" w14:textId="2FB9205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B0C273E" w14:textId="7DEEC7D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C4A58A6" w14:textId="575CDB8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B37E46C" w14:textId="1421A4D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A42D056" w14:textId="189C776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7FBC5809" w14:textId="77777777">
        <w:trPr>
          <w:jc w:val="center"/>
        </w:trPr>
        <w:tc>
          <w:tcPr>
            <w:tcW w:w="2010" w:type="dxa"/>
          </w:tcPr>
          <w:p w14:paraId="06F5D662" w14:textId="6C19912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02E2281" w14:textId="4C76A0B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4EE6B7B" w14:textId="205FB7C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99E257F" w14:textId="69BDF2B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31174D7" w14:textId="459E777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3B919ABB" w14:textId="77777777">
        <w:trPr>
          <w:jc w:val="center"/>
        </w:trPr>
        <w:tc>
          <w:tcPr>
            <w:tcW w:w="2010" w:type="dxa"/>
          </w:tcPr>
          <w:p w14:paraId="778A3BBD" w14:textId="2BE1605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D22C636" w14:textId="68A8826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A1AC589" w14:textId="1319CA9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018C9EC" w14:textId="3716790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2074292" w14:textId="0136C7C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599F8C63" w14:textId="77777777" w:rsidTr="00A44E9F">
        <w:trPr>
          <w:trHeight w:val="149"/>
          <w:jc w:val="center"/>
        </w:trPr>
        <w:tc>
          <w:tcPr>
            <w:tcW w:w="2010" w:type="dxa"/>
          </w:tcPr>
          <w:p w14:paraId="5BE9BA8B" w14:textId="0D74F20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0A652B2" w14:textId="23A0D8A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7BF353A" w14:textId="5F7E14B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D69E59B" w14:textId="742DF41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29A6EF5" w14:textId="2D9B532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8D99492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VII. ORDEN DE REFERENCIA DE LAS COMPETENCIAS</w:t>
      </w:r>
    </w:p>
    <w:p w14:paraId="2E258061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1. Juegos Olímpicos · 2. Campeonato Mundial · 3. Juegos Panamericanos · 4. Campeonato Panamericano · 5. Juegos Centroamericanos y del Caribe · 6. Campeonato Centroamericano · 7. Olimpiada Nacional.</w:t>
      </w:r>
    </w:p>
    <w:p w14:paraId="6FBACCD2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La categoría del evento, el resultado y su validez deberán verificarse con las memorias oficiales. En deporte adaptado, identificar el evento equivalente y la clase deportiva aplicable. Otros eventos: especificar denominación y nivel, sin asignar equivalencias automáticas.</w:t>
      </w:r>
    </w:p>
    <w:p w14:paraId="6C508E58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VIII. RELACIÓN DE ANEXOS Y EVIDENCIAS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2511"/>
        <w:gridCol w:w="2510"/>
        <w:gridCol w:w="2511"/>
      </w:tblGrid>
      <w:tr w:rsidR="009F6EBF" w:rsidRPr="0037092C" w14:paraId="15D1AEE6" w14:textId="77777777">
        <w:trPr>
          <w:jc w:val="center"/>
        </w:trPr>
        <w:tc>
          <w:tcPr>
            <w:tcW w:w="2513" w:type="dxa"/>
          </w:tcPr>
          <w:p w14:paraId="6971C21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  <w:tc>
          <w:tcPr>
            <w:tcW w:w="2513" w:type="dxa"/>
          </w:tcPr>
          <w:p w14:paraId="4C311EB7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Documento / organismo emisor</w:t>
            </w:r>
          </w:p>
        </w:tc>
        <w:tc>
          <w:tcPr>
            <w:tcW w:w="2513" w:type="dxa"/>
          </w:tcPr>
          <w:p w14:paraId="13742B33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</w:t>
            </w:r>
          </w:p>
        </w:tc>
        <w:tc>
          <w:tcPr>
            <w:tcW w:w="2513" w:type="dxa"/>
          </w:tcPr>
          <w:p w14:paraId="6AA9F966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Resultado o criterio acreditado</w:t>
            </w:r>
          </w:p>
        </w:tc>
      </w:tr>
      <w:tr w:rsidR="009F6EBF" w:rsidRPr="0037092C" w14:paraId="3139FC49" w14:textId="77777777">
        <w:trPr>
          <w:jc w:val="center"/>
        </w:trPr>
        <w:tc>
          <w:tcPr>
            <w:tcW w:w="2513" w:type="dxa"/>
          </w:tcPr>
          <w:p w14:paraId="282F7629" w14:textId="7770C939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  <w:tc>
          <w:tcPr>
            <w:tcW w:w="2513" w:type="dxa"/>
          </w:tcPr>
          <w:p w14:paraId="3FD4DD1C" w14:textId="2754212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64334952" w14:textId="26E3E22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1E90B9F0" w14:textId="4F00291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2854B3A6" w14:textId="77777777">
        <w:trPr>
          <w:jc w:val="center"/>
        </w:trPr>
        <w:tc>
          <w:tcPr>
            <w:tcW w:w="2513" w:type="dxa"/>
          </w:tcPr>
          <w:p w14:paraId="18905D08" w14:textId="3CE48ABD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  <w:tc>
          <w:tcPr>
            <w:tcW w:w="2513" w:type="dxa"/>
          </w:tcPr>
          <w:p w14:paraId="754DAD95" w14:textId="6188C72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40091761" w14:textId="4852201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37D2AD72" w14:textId="5434B79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E3D35E9" w14:textId="77777777">
        <w:trPr>
          <w:jc w:val="center"/>
        </w:trPr>
        <w:tc>
          <w:tcPr>
            <w:tcW w:w="2513" w:type="dxa"/>
          </w:tcPr>
          <w:p w14:paraId="547CBAD9" w14:textId="26AB5864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  <w:tc>
          <w:tcPr>
            <w:tcW w:w="2513" w:type="dxa"/>
          </w:tcPr>
          <w:p w14:paraId="501904FA" w14:textId="574C47C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6AE0C51B" w14:textId="11A68C0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4BF6984A" w14:textId="0573CEB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22EE83CF" w14:textId="77777777">
        <w:trPr>
          <w:jc w:val="center"/>
        </w:trPr>
        <w:tc>
          <w:tcPr>
            <w:tcW w:w="2513" w:type="dxa"/>
          </w:tcPr>
          <w:p w14:paraId="1D49FC1F" w14:textId="166AC51B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  <w:tc>
          <w:tcPr>
            <w:tcW w:w="2513" w:type="dxa"/>
          </w:tcPr>
          <w:p w14:paraId="3A59E7E3" w14:textId="2469A03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2621B2E7" w14:textId="3D5657F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75D90DAC" w14:textId="46CEC29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6185CACB" w14:textId="77777777">
        <w:trPr>
          <w:jc w:val="center"/>
        </w:trPr>
        <w:tc>
          <w:tcPr>
            <w:tcW w:w="2513" w:type="dxa"/>
          </w:tcPr>
          <w:p w14:paraId="33436D7F" w14:textId="19B3F1E8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  <w:tc>
          <w:tcPr>
            <w:tcW w:w="2513" w:type="dxa"/>
          </w:tcPr>
          <w:p w14:paraId="3CCC7E0C" w14:textId="033517E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0C0C7531" w14:textId="347A32E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54F8A2AE" w14:textId="050BC87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4C1C8ED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br w:type="page"/>
      </w:r>
    </w:p>
    <w:p w14:paraId="7EC4EDC5" w14:textId="77777777" w:rsidR="0037092C" w:rsidRDefault="0037092C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9461D9C" w14:textId="7AE35871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>ANEXO A · DEPORTISTAS ADAPTADOS</w:t>
      </w:r>
    </w:p>
    <w:p w14:paraId="11EAF0FF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Completar exclusivamente para postulaciones de esta categoría. Se valoran resultados oficiales de 2026, nivel competitivo, continuidad y evolución del rendimiento, con respeto a la clasificación deportiva.</w:t>
      </w:r>
    </w:p>
    <w:p w14:paraId="7D2C1BC2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A1. CARACTERIZACIÓN DEPORTIVA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21"/>
        <w:gridCol w:w="5021"/>
      </w:tblGrid>
      <w:tr w:rsidR="009F6EBF" w:rsidRPr="0037092C" w14:paraId="66E64AA0" w14:textId="77777777">
        <w:trPr>
          <w:jc w:val="center"/>
        </w:trPr>
        <w:tc>
          <w:tcPr>
            <w:tcW w:w="5026" w:type="dxa"/>
          </w:tcPr>
          <w:p w14:paraId="2031D95D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Dato</w:t>
            </w:r>
          </w:p>
        </w:tc>
        <w:tc>
          <w:tcPr>
            <w:tcW w:w="5026" w:type="dxa"/>
          </w:tcPr>
          <w:p w14:paraId="336C903D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Información</w:t>
            </w:r>
          </w:p>
        </w:tc>
      </w:tr>
      <w:tr w:rsidR="009F6EBF" w:rsidRPr="0037092C" w14:paraId="7B32A879" w14:textId="77777777">
        <w:trPr>
          <w:jc w:val="center"/>
        </w:trPr>
        <w:tc>
          <w:tcPr>
            <w:tcW w:w="5026" w:type="dxa"/>
          </w:tcPr>
          <w:p w14:paraId="2BC9CD7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Deporte y modalidad adaptada</w:t>
            </w:r>
          </w:p>
        </w:tc>
        <w:tc>
          <w:tcPr>
            <w:tcW w:w="5026" w:type="dxa"/>
          </w:tcPr>
          <w:p w14:paraId="77DD2DCA" w14:textId="33693B7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2954290F" w14:textId="77777777">
        <w:trPr>
          <w:jc w:val="center"/>
        </w:trPr>
        <w:tc>
          <w:tcPr>
            <w:tcW w:w="5026" w:type="dxa"/>
          </w:tcPr>
          <w:p w14:paraId="6176212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Prueba / especialidad</w:t>
            </w:r>
          </w:p>
        </w:tc>
        <w:tc>
          <w:tcPr>
            <w:tcW w:w="5026" w:type="dxa"/>
          </w:tcPr>
          <w:p w14:paraId="0BE3482A" w14:textId="671A564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06469390" w14:textId="77777777">
        <w:trPr>
          <w:jc w:val="center"/>
        </w:trPr>
        <w:tc>
          <w:tcPr>
            <w:tcW w:w="5026" w:type="dxa"/>
          </w:tcPr>
          <w:p w14:paraId="1CB7E7F6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Clase deportiva oficial (si aplica)</w:t>
            </w:r>
          </w:p>
        </w:tc>
        <w:tc>
          <w:tcPr>
            <w:tcW w:w="5026" w:type="dxa"/>
          </w:tcPr>
          <w:p w14:paraId="564A9518" w14:textId="786E02F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6BB2D564" w14:textId="77777777">
        <w:trPr>
          <w:jc w:val="center"/>
        </w:trPr>
        <w:tc>
          <w:tcPr>
            <w:tcW w:w="5026" w:type="dxa"/>
          </w:tcPr>
          <w:p w14:paraId="5C97A69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Organismo que acredita la clasificación</w:t>
            </w:r>
          </w:p>
        </w:tc>
        <w:tc>
          <w:tcPr>
            <w:tcW w:w="5026" w:type="dxa"/>
          </w:tcPr>
          <w:p w14:paraId="40DFFB27" w14:textId="2F75B28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3DE98115" w14:textId="77777777">
        <w:trPr>
          <w:jc w:val="center"/>
        </w:trPr>
        <w:tc>
          <w:tcPr>
            <w:tcW w:w="5026" w:type="dxa"/>
          </w:tcPr>
          <w:p w14:paraId="46B14F7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Categoría de edad / rama</w:t>
            </w:r>
          </w:p>
        </w:tc>
        <w:tc>
          <w:tcPr>
            <w:tcW w:w="5026" w:type="dxa"/>
          </w:tcPr>
          <w:p w14:paraId="1B419478" w14:textId="514DA57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209D307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A2. RESULTADOS DE 2026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9"/>
        <w:gridCol w:w="2008"/>
        <w:gridCol w:w="2008"/>
        <w:gridCol w:w="2009"/>
        <w:gridCol w:w="2008"/>
      </w:tblGrid>
      <w:tr w:rsidR="009F6EBF" w:rsidRPr="0037092C" w14:paraId="380C7C81" w14:textId="77777777">
        <w:trPr>
          <w:jc w:val="center"/>
        </w:trPr>
        <w:tc>
          <w:tcPr>
            <w:tcW w:w="2010" w:type="dxa"/>
          </w:tcPr>
          <w:p w14:paraId="0DF1899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Evento y jerarquía</w:t>
            </w:r>
          </w:p>
        </w:tc>
        <w:tc>
          <w:tcPr>
            <w:tcW w:w="2010" w:type="dxa"/>
          </w:tcPr>
          <w:p w14:paraId="063720D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Prueba y clase</w:t>
            </w:r>
          </w:p>
        </w:tc>
        <w:tc>
          <w:tcPr>
            <w:tcW w:w="2010" w:type="dxa"/>
          </w:tcPr>
          <w:p w14:paraId="0BF4D066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Posición / marca</w:t>
            </w:r>
          </w:p>
        </w:tc>
        <w:tc>
          <w:tcPr>
            <w:tcW w:w="2010" w:type="dxa"/>
          </w:tcPr>
          <w:p w14:paraId="49EB942C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Participantes en prueba</w:t>
            </w:r>
          </w:p>
        </w:tc>
        <w:tc>
          <w:tcPr>
            <w:tcW w:w="2010" w:type="dxa"/>
          </w:tcPr>
          <w:p w14:paraId="6DA041E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68B92221" w14:textId="77777777">
        <w:trPr>
          <w:jc w:val="center"/>
        </w:trPr>
        <w:tc>
          <w:tcPr>
            <w:tcW w:w="2010" w:type="dxa"/>
          </w:tcPr>
          <w:p w14:paraId="52112F03" w14:textId="2AD11B8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845713C" w14:textId="5AAEFFB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B160143" w14:textId="30772E3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63B218F" w14:textId="06E8BEB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58349F6" w14:textId="75557246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1A28C3AC" w14:textId="77777777">
        <w:trPr>
          <w:jc w:val="center"/>
        </w:trPr>
        <w:tc>
          <w:tcPr>
            <w:tcW w:w="2010" w:type="dxa"/>
          </w:tcPr>
          <w:p w14:paraId="215F3BEF" w14:textId="3319A8F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D8B0189" w14:textId="0694E82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8C6CA13" w14:textId="6735961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D43048F" w14:textId="5AE4313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F12AAA1" w14:textId="6A0DD619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38673B96" w14:textId="77777777">
        <w:trPr>
          <w:jc w:val="center"/>
        </w:trPr>
        <w:tc>
          <w:tcPr>
            <w:tcW w:w="2010" w:type="dxa"/>
          </w:tcPr>
          <w:p w14:paraId="28E76784" w14:textId="7A74CC6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07AF81C" w14:textId="1999C28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88D3D1D" w14:textId="0DCC494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D6E4D6F" w14:textId="69C1BD4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B9D9B9B" w14:textId="0E461A8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1B8959C" w14:textId="77777777">
        <w:trPr>
          <w:jc w:val="center"/>
        </w:trPr>
        <w:tc>
          <w:tcPr>
            <w:tcW w:w="2010" w:type="dxa"/>
          </w:tcPr>
          <w:p w14:paraId="6B65BEC2" w14:textId="6DD3354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9540D71" w14:textId="3F2ED6F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894705B" w14:textId="7123D67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1A737C4" w14:textId="4887A69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713127A" w14:textId="37680BD0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4150397E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A3. EVOLUCIÓN OBJETIVA DEL RENDIMIENTO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9"/>
        <w:gridCol w:w="2008"/>
        <w:gridCol w:w="2008"/>
        <w:gridCol w:w="2009"/>
        <w:gridCol w:w="2008"/>
      </w:tblGrid>
      <w:tr w:rsidR="009F6EBF" w:rsidRPr="0037092C" w14:paraId="7F48A1EA" w14:textId="77777777">
        <w:trPr>
          <w:jc w:val="center"/>
        </w:trPr>
        <w:tc>
          <w:tcPr>
            <w:tcW w:w="2010" w:type="dxa"/>
          </w:tcPr>
          <w:p w14:paraId="3DBA7CF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Indicador comparable</w:t>
            </w:r>
          </w:p>
        </w:tc>
        <w:tc>
          <w:tcPr>
            <w:tcW w:w="2010" w:type="dxa"/>
          </w:tcPr>
          <w:p w14:paraId="3659535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Valor inicial y fecha</w:t>
            </w:r>
          </w:p>
        </w:tc>
        <w:tc>
          <w:tcPr>
            <w:tcW w:w="2010" w:type="dxa"/>
          </w:tcPr>
          <w:p w14:paraId="1BE0211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Valor final y fecha</w:t>
            </w:r>
          </w:p>
        </w:tc>
        <w:tc>
          <w:tcPr>
            <w:tcW w:w="2010" w:type="dxa"/>
          </w:tcPr>
          <w:p w14:paraId="0062C821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Variación / unidad</w:t>
            </w:r>
          </w:p>
        </w:tc>
        <w:tc>
          <w:tcPr>
            <w:tcW w:w="2010" w:type="dxa"/>
          </w:tcPr>
          <w:p w14:paraId="68A439C1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1D69C86E" w14:textId="77777777">
        <w:trPr>
          <w:jc w:val="center"/>
        </w:trPr>
        <w:tc>
          <w:tcPr>
            <w:tcW w:w="2010" w:type="dxa"/>
          </w:tcPr>
          <w:p w14:paraId="20787F74" w14:textId="09FAE5D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9BE38C4" w14:textId="495A9D7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19496D0" w14:textId="7140A82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C6A7AB5" w14:textId="08FC44F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BF26717" w14:textId="492D92C4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5203728F" w14:textId="77777777">
        <w:trPr>
          <w:jc w:val="center"/>
        </w:trPr>
        <w:tc>
          <w:tcPr>
            <w:tcW w:w="2010" w:type="dxa"/>
          </w:tcPr>
          <w:p w14:paraId="7E3AED2A" w14:textId="794FDBD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5A94FDB" w14:textId="3458431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B69581B" w14:textId="58810C1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365CB97" w14:textId="50EF6A6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3403A26" w14:textId="52A303EB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00432AD5" w14:textId="77777777">
        <w:trPr>
          <w:jc w:val="center"/>
        </w:trPr>
        <w:tc>
          <w:tcPr>
            <w:tcW w:w="2010" w:type="dxa"/>
          </w:tcPr>
          <w:p w14:paraId="694EBEFA" w14:textId="07B1C18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D01644D" w14:textId="39118C5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9718B88" w14:textId="69B968F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402A4AA" w14:textId="0BD2297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473F9CE" w14:textId="791F15B1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2BCEDC6F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Precisar condiciones de comparabilidad: misma prueba, clase, modalidad y sistema de medición; indicar cuando la mejora porcentual no resulte pertinente.</w:t>
      </w:r>
    </w:p>
    <w:p w14:paraId="39EB6ADD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A4. CONTINUIDAD Y REPRESENTACIÓN</w:t>
      </w:r>
    </w:p>
    <w:p w14:paraId="176F6EAA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 xml:space="preserve">Número de competencias oficiales 2026: ______  |  Número de podios: ______  |  Representó a Coacalco: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Sí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No. Evidencia: ______</w:t>
      </w:r>
    </w:p>
    <w:p w14:paraId="28F52316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A5. JUSTIFICACIÓN DE MÉRITOS</w:t>
      </w:r>
    </w:p>
    <w:p w14:paraId="5F4FC6BA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1287AF34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7A592B5D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49E187F2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br w:type="page"/>
      </w:r>
    </w:p>
    <w:p w14:paraId="7AC5A75A" w14:textId="77777777" w:rsidR="0037092C" w:rsidRDefault="0037092C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C291DD0" w14:textId="5ECA47F6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 xml:space="preserve">ANEXO B · DEPORTISTAS </w:t>
      </w:r>
      <w:r w:rsidR="0037092C">
        <w:rPr>
          <w:rFonts w:ascii="Times New Roman" w:hAnsi="Times New Roman" w:cs="Times New Roman"/>
          <w:b/>
          <w:color w:val="000000" w:themeColor="text1"/>
          <w:sz w:val="28"/>
        </w:rPr>
        <w:t>CONVENCIONALES</w:t>
      </w:r>
    </w:p>
    <w:p w14:paraId="006998AC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Completar exclusivamente para deportistas destacados, incluidas modalidades reconocidas, populares o amateur, conforme a la convocatoria.</w:t>
      </w:r>
    </w:p>
    <w:p w14:paraId="6E12A55F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B1. PERFIL COMPETITIVO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21"/>
        <w:gridCol w:w="5021"/>
      </w:tblGrid>
      <w:tr w:rsidR="009F6EBF" w:rsidRPr="0037092C" w14:paraId="25682A83" w14:textId="77777777">
        <w:trPr>
          <w:jc w:val="center"/>
        </w:trPr>
        <w:tc>
          <w:tcPr>
            <w:tcW w:w="5026" w:type="dxa"/>
          </w:tcPr>
          <w:p w14:paraId="5C5F11C4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Dato</w:t>
            </w:r>
          </w:p>
        </w:tc>
        <w:tc>
          <w:tcPr>
            <w:tcW w:w="5026" w:type="dxa"/>
          </w:tcPr>
          <w:p w14:paraId="463975C7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Información</w:t>
            </w:r>
          </w:p>
        </w:tc>
      </w:tr>
      <w:tr w:rsidR="009F6EBF" w:rsidRPr="0037092C" w14:paraId="4C0FB62B" w14:textId="77777777">
        <w:trPr>
          <w:jc w:val="center"/>
        </w:trPr>
        <w:tc>
          <w:tcPr>
            <w:tcW w:w="5026" w:type="dxa"/>
          </w:tcPr>
          <w:p w14:paraId="2833A78D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Disciplina / modalidad / prueba</w:t>
            </w:r>
          </w:p>
        </w:tc>
        <w:tc>
          <w:tcPr>
            <w:tcW w:w="5026" w:type="dxa"/>
          </w:tcPr>
          <w:p w14:paraId="60AF9C65" w14:textId="2EFEFCB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2E7ECB29" w14:textId="77777777">
        <w:trPr>
          <w:jc w:val="center"/>
        </w:trPr>
        <w:tc>
          <w:tcPr>
            <w:tcW w:w="5026" w:type="dxa"/>
          </w:tcPr>
          <w:p w14:paraId="11CC638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Rama / categoría / edad deportiva</w:t>
            </w:r>
          </w:p>
        </w:tc>
        <w:tc>
          <w:tcPr>
            <w:tcW w:w="5026" w:type="dxa"/>
          </w:tcPr>
          <w:p w14:paraId="69138FC1" w14:textId="0732442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1B199A3" w14:textId="77777777">
        <w:trPr>
          <w:jc w:val="center"/>
        </w:trPr>
        <w:tc>
          <w:tcPr>
            <w:tcW w:w="5026" w:type="dxa"/>
          </w:tcPr>
          <w:p w14:paraId="5144BAE3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Carácter de la competencia</w:t>
            </w:r>
          </w:p>
        </w:tc>
        <w:tc>
          <w:tcPr>
            <w:tcW w:w="5026" w:type="dxa"/>
          </w:tcPr>
          <w:p w14:paraId="54C26BE2" w14:textId="2E6CC104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Segoe UI Symbol" w:hAnsi="Segoe UI Symbol" w:cs="Segoe UI Symbol"/>
                <w:color w:val="000000" w:themeColor="text1"/>
                <w:sz w:val="16"/>
              </w:rPr>
              <w:t>☐</w:t>
            </w: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Federada  </w:t>
            </w:r>
            <w:r w:rsidRPr="0037092C">
              <w:rPr>
                <w:rFonts w:ascii="Segoe UI Symbol" w:hAnsi="Segoe UI Symbol" w:cs="Segoe UI Symbol"/>
                <w:color w:val="000000" w:themeColor="text1"/>
                <w:sz w:val="16"/>
              </w:rPr>
              <w:t>☐</w:t>
            </w: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Popular  </w:t>
            </w:r>
            <w:r w:rsidRPr="0037092C">
              <w:rPr>
                <w:rFonts w:ascii="Segoe UI Symbol" w:hAnsi="Segoe UI Symbol" w:cs="Segoe UI Symbol"/>
                <w:color w:val="000000" w:themeColor="text1"/>
                <w:sz w:val="16"/>
              </w:rPr>
              <w:t>☐</w:t>
            </w: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Amateur  </w:t>
            </w:r>
            <w:r w:rsidRPr="0037092C">
              <w:rPr>
                <w:rFonts w:ascii="Segoe UI Symbol" w:hAnsi="Segoe UI Symbol" w:cs="Segoe UI Symbol"/>
                <w:color w:val="000000" w:themeColor="text1"/>
                <w:sz w:val="16"/>
              </w:rPr>
              <w:t>☐</w:t>
            </w: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Otra: </w:t>
            </w:r>
          </w:p>
        </w:tc>
      </w:tr>
      <w:tr w:rsidR="009F6EBF" w:rsidRPr="0037092C" w14:paraId="07EFBD9C" w14:textId="77777777">
        <w:trPr>
          <w:jc w:val="center"/>
        </w:trPr>
        <w:tc>
          <w:tcPr>
            <w:tcW w:w="5026" w:type="dxa"/>
          </w:tcPr>
          <w:p w14:paraId="555FE891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Organismo / organizador oficial</w:t>
            </w:r>
          </w:p>
        </w:tc>
        <w:tc>
          <w:tcPr>
            <w:tcW w:w="5026" w:type="dxa"/>
          </w:tcPr>
          <w:p w14:paraId="5B69E129" w14:textId="1D35892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349C9BD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B2. RESULTADOS OFICIALES 2026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9"/>
        <w:gridCol w:w="2008"/>
        <w:gridCol w:w="2008"/>
        <w:gridCol w:w="2009"/>
        <w:gridCol w:w="2008"/>
      </w:tblGrid>
      <w:tr w:rsidR="009F6EBF" w:rsidRPr="0037092C" w14:paraId="4A117AE8" w14:textId="77777777">
        <w:trPr>
          <w:jc w:val="center"/>
        </w:trPr>
        <w:tc>
          <w:tcPr>
            <w:tcW w:w="2010" w:type="dxa"/>
          </w:tcPr>
          <w:p w14:paraId="10CD16C1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Competencia / jerarquía</w:t>
            </w:r>
          </w:p>
        </w:tc>
        <w:tc>
          <w:tcPr>
            <w:tcW w:w="2010" w:type="dxa"/>
          </w:tcPr>
          <w:p w14:paraId="26EE9B58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 / prueba</w:t>
            </w:r>
          </w:p>
        </w:tc>
        <w:tc>
          <w:tcPr>
            <w:tcW w:w="2010" w:type="dxa"/>
          </w:tcPr>
          <w:p w14:paraId="2ACA3F69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Lugar / marca</w:t>
            </w:r>
          </w:p>
        </w:tc>
        <w:tc>
          <w:tcPr>
            <w:tcW w:w="2010" w:type="dxa"/>
          </w:tcPr>
          <w:p w14:paraId="2BEF5AB7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Número de participantes</w:t>
            </w:r>
          </w:p>
        </w:tc>
        <w:tc>
          <w:tcPr>
            <w:tcW w:w="2010" w:type="dxa"/>
          </w:tcPr>
          <w:p w14:paraId="1877E178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3EBBD496" w14:textId="77777777">
        <w:trPr>
          <w:jc w:val="center"/>
        </w:trPr>
        <w:tc>
          <w:tcPr>
            <w:tcW w:w="2010" w:type="dxa"/>
          </w:tcPr>
          <w:p w14:paraId="1BA4E69B" w14:textId="29DC4B3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02F975C" w14:textId="1D04191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CCE7019" w14:textId="3B0F805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6AF5A74" w14:textId="04D8865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02DF925" w14:textId="2A376300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AC4CD8A" w14:textId="77777777">
        <w:trPr>
          <w:jc w:val="center"/>
        </w:trPr>
        <w:tc>
          <w:tcPr>
            <w:tcW w:w="2010" w:type="dxa"/>
          </w:tcPr>
          <w:p w14:paraId="46D757A8" w14:textId="033DEB2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E4AA7B7" w14:textId="4142635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110EF99" w14:textId="5CBC314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1C48B70" w14:textId="01A7899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C260CC6" w14:textId="561C134B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47F37AC8" w14:textId="77777777">
        <w:trPr>
          <w:jc w:val="center"/>
        </w:trPr>
        <w:tc>
          <w:tcPr>
            <w:tcW w:w="2010" w:type="dxa"/>
          </w:tcPr>
          <w:p w14:paraId="5B0DF728" w14:textId="7972E1C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1CF9312" w14:textId="2AE9C2F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349F5B3" w14:textId="3ABB1AD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763BDE6" w14:textId="1356E7C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87913A5" w14:textId="52984A25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304485C7" w14:textId="77777777">
        <w:trPr>
          <w:jc w:val="center"/>
        </w:trPr>
        <w:tc>
          <w:tcPr>
            <w:tcW w:w="2010" w:type="dxa"/>
          </w:tcPr>
          <w:p w14:paraId="62BA1C54" w14:textId="474D5CE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8DD9BE8" w14:textId="64EA619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8B2E183" w14:textId="6DC9E00D" w:rsidR="009F6EBF" w:rsidRPr="0037092C" w:rsidRDefault="00BF201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010" w:type="dxa"/>
          </w:tcPr>
          <w:p w14:paraId="518203FA" w14:textId="0805DF4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3DF802A" w14:textId="01BF5760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62C6B71F" w14:textId="77777777">
        <w:trPr>
          <w:jc w:val="center"/>
        </w:trPr>
        <w:tc>
          <w:tcPr>
            <w:tcW w:w="2010" w:type="dxa"/>
          </w:tcPr>
          <w:p w14:paraId="4FCCF7D0" w14:textId="7DF0E16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54BBC36" w14:textId="0EADC29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5800855" w14:textId="74A54F1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BCC7EDE" w14:textId="6452CDE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F2BEA42" w14:textId="444F3743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7C6C1599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B3. MEDALLAS Y CONSISTENCIA</w:t>
      </w:r>
    </w:p>
    <w:p w14:paraId="598579A7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Oros: ______   Platas: ______   Bronces: ______   Competencias con posición entre los ocho primeros: ______</w:t>
      </w:r>
    </w:p>
    <w:p w14:paraId="7098EB3C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Para cada resultado adicional, anexar memoria oficial y especificar prueba; no contabilizar dos veces la misma actuación.</w:t>
      </w:r>
    </w:p>
    <w:p w14:paraId="35854865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B4. MARCAS O RANKINGS COMPARABLES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9"/>
        <w:gridCol w:w="2008"/>
        <w:gridCol w:w="2008"/>
        <w:gridCol w:w="2009"/>
        <w:gridCol w:w="2008"/>
      </w:tblGrid>
      <w:tr w:rsidR="009F6EBF" w:rsidRPr="0037092C" w14:paraId="5B1EB2D8" w14:textId="77777777">
        <w:trPr>
          <w:jc w:val="center"/>
        </w:trPr>
        <w:tc>
          <w:tcPr>
            <w:tcW w:w="2010" w:type="dxa"/>
          </w:tcPr>
          <w:p w14:paraId="55371E3C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Indicador</w:t>
            </w:r>
          </w:p>
        </w:tc>
        <w:tc>
          <w:tcPr>
            <w:tcW w:w="2010" w:type="dxa"/>
          </w:tcPr>
          <w:p w14:paraId="3E8FD1F1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Registro anterior / fecha</w:t>
            </w:r>
          </w:p>
        </w:tc>
        <w:tc>
          <w:tcPr>
            <w:tcW w:w="2010" w:type="dxa"/>
          </w:tcPr>
          <w:p w14:paraId="2E75E4D7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Registro 2026 / fecha</w:t>
            </w:r>
          </w:p>
        </w:tc>
        <w:tc>
          <w:tcPr>
            <w:tcW w:w="2010" w:type="dxa"/>
          </w:tcPr>
          <w:p w14:paraId="7BD8E138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Variación</w:t>
            </w:r>
          </w:p>
        </w:tc>
        <w:tc>
          <w:tcPr>
            <w:tcW w:w="2010" w:type="dxa"/>
          </w:tcPr>
          <w:p w14:paraId="4A452EBC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0ED1C484" w14:textId="77777777">
        <w:trPr>
          <w:jc w:val="center"/>
        </w:trPr>
        <w:tc>
          <w:tcPr>
            <w:tcW w:w="2010" w:type="dxa"/>
          </w:tcPr>
          <w:p w14:paraId="43BFEC6C" w14:textId="14155BC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4DDD0EA" w14:textId="1F7EEB5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CA46724" w14:textId="0186D00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A15AA85" w14:textId="1626639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C3B6D01" w14:textId="0CAA44FE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378F2EF" w14:textId="77777777">
        <w:trPr>
          <w:jc w:val="center"/>
        </w:trPr>
        <w:tc>
          <w:tcPr>
            <w:tcW w:w="2010" w:type="dxa"/>
          </w:tcPr>
          <w:p w14:paraId="206CA6E4" w14:textId="126DE8E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34B2F61" w14:textId="63185A4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66558B4" w14:textId="2BE6BD2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908E1A3" w14:textId="59C7E27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4C4F85D" w14:textId="7B6C6B2C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1CC748D" w14:textId="77777777">
        <w:trPr>
          <w:jc w:val="center"/>
        </w:trPr>
        <w:tc>
          <w:tcPr>
            <w:tcW w:w="2010" w:type="dxa"/>
          </w:tcPr>
          <w:p w14:paraId="720C8AEB" w14:textId="1D8C03E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63A603D" w14:textId="384D1E0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88B0290" w14:textId="4DF39EF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7EE3890" w14:textId="2C1FC11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8FCB584" w14:textId="3F46F6C5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3BA018C5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B5. JUSTIFICACIÓN DE MÉRITOS</w:t>
      </w:r>
    </w:p>
    <w:p w14:paraId="07E3055A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2B51019F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5DB805E1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77C66FC3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br w:type="page"/>
      </w:r>
    </w:p>
    <w:p w14:paraId="558E2FE0" w14:textId="77777777" w:rsidR="004D7564" w:rsidRDefault="004D756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12BA82AE" w14:textId="3FDB27AF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>ANEXO C · POR TRAYECTORIA</w:t>
      </w:r>
    </w:p>
    <w:p w14:paraId="183403D6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Completar exclusivamente para la categoría de trayectoria. Registrar antecedentes acumulados y distinguir expresamente los logros de 2026, conforme a la convocatoria.</w:t>
      </w:r>
    </w:p>
    <w:p w14:paraId="1E83EC2E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C1. HISTORIAL CRONOLÓGICO</w:t>
      </w:r>
    </w:p>
    <w:p w14:paraId="46086678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Año de inicio acreditado: ______   Año más reciente con actividad acreditada: ______   Años con evidencia de actividad: ______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7"/>
        <w:gridCol w:w="2009"/>
        <w:gridCol w:w="2009"/>
        <w:gridCol w:w="2009"/>
        <w:gridCol w:w="2008"/>
      </w:tblGrid>
      <w:tr w:rsidR="009F6EBF" w:rsidRPr="0037092C" w14:paraId="13C4467F" w14:textId="77777777">
        <w:trPr>
          <w:jc w:val="center"/>
        </w:trPr>
        <w:tc>
          <w:tcPr>
            <w:tcW w:w="2010" w:type="dxa"/>
          </w:tcPr>
          <w:p w14:paraId="4B4FE78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Periodo / años</w:t>
            </w:r>
          </w:p>
        </w:tc>
        <w:tc>
          <w:tcPr>
            <w:tcW w:w="2010" w:type="dxa"/>
          </w:tcPr>
          <w:p w14:paraId="537303E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Disciplina y función</w:t>
            </w:r>
          </w:p>
        </w:tc>
        <w:tc>
          <w:tcPr>
            <w:tcW w:w="2010" w:type="dxa"/>
          </w:tcPr>
          <w:p w14:paraId="7E68D20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Club / organismo</w:t>
            </w:r>
          </w:p>
        </w:tc>
        <w:tc>
          <w:tcPr>
            <w:tcW w:w="2010" w:type="dxa"/>
          </w:tcPr>
          <w:p w14:paraId="164D9FEC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Nivel alcanzado</w:t>
            </w:r>
          </w:p>
        </w:tc>
        <w:tc>
          <w:tcPr>
            <w:tcW w:w="2010" w:type="dxa"/>
          </w:tcPr>
          <w:p w14:paraId="3AFCEAB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6D88E4D7" w14:textId="77777777">
        <w:trPr>
          <w:jc w:val="center"/>
        </w:trPr>
        <w:tc>
          <w:tcPr>
            <w:tcW w:w="2010" w:type="dxa"/>
          </w:tcPr>
          <w:p w14:paraId="6BD12078" w14:textId="7FC6336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0D78D7C" w14:textId="0FBD473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85BAB7B" w14:textId="2CBBCEE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FCE7AED" w14:textId="73D411C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F4ECFDB" w14:textId="0ADFEAC0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3EDA2D7D" w14:textId="77777777">
        <w:trPr>
          <w:jc w:val="center"/>
        </w:trPr>
        <w:tc>
          <w:tcPr>
            <w:tcW w:w="2010" w:type="dxa"/>
          </w:tcPr>
          <w:p w14:paraId="37BFF59B" w14:textId="71B018A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A3E0B8E" w14:textId="6B60BBF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94E3508" w14:textId="3BFD76A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85543B4" w14:textId="29BBF76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A133B64" w14:textId="76E77ED1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6D1088A2" w14:textId="77777777">
        <w:trPr>
          <w:jc w:val="center"/>
        </w:trPr>
        <w:tc>
          <w:tcPr>
            <w:tcW w:w="2010" w:type="dxa"/>
          </w:tcPr>
          <w:p w14:paraId="530FFD29" w14:textId="0BAF2EF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76FE530" w14:textId="791840D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AB82D5F" w14:textId="05BE620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6B13B33" w14:textId="2B1030D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838FB60" w14:textId="07FE5B84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094EF8BE" w14:textId="77777777">
        <w:trPr>
          <w:jc w:val="center"/>
        </w:trPr>
        <w:tc>
          <w:tcPr>
            <w:tcW w:w="2010" w:type="dxa"/>
          </w:tcPr>
          <w:p w14:paraId="2E56AB3C" w14:textId="5AA9814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DF3E45A" w14:textId="327D061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08C3C72" w14:textId="73C3E89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EF79C88" w14:textId="272FA2C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C3CF34F" w14:textId="0957962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01A75733" w14:textId="77777777">
        <w:trPr>
          <w:jc w:val="center"/>
        </w:trPr>
        <w:tc>
          <w:tcPr>
            <w:tcW w:w="2010" w:type="dxa"/>
          </w:tcPr>
          <w:p w14:paraId="35A938BD" w14:textId="33D1B94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7F2687A" w14:textId="015ECBC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99EE48A" w14:textId="3DBF6D6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FB26245" w14:textId="6985200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970A644" w14:textId="349C81E8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0BC8E080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C2. PRINCIPALES LOGROS ACUMULADOS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2009"/>
        <w:gridCol w:w="2009"/>
        <w:gridCol w:w="2008"/>
        <w:gridCol w:w="2008"/>
      </w:tblGrid>
      <w:tr w:rsidR="009F6EBF" w:rsidRPr="0037092C" w14:paraId="12F78548" w14:textId="77777777">
        <w:trPr>
          <w:jc w:val="center"/>
        </w:trPr>
        <w:tc>
          <w:tcPr>
            <w:tcW w:w="2010" w:type="dxa"/>
          </w:tcPr>
          <w:p w14:paraId="34593EF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Año</w:t>
            </w:r>
          </w:p>
        </w:tc>
        <w:tc>
          <w:tcPr>
            <w:tcW w:w="2010" w:type="dxa"/>
          </w:tcPr>
          <w:p w14:paraId="5ED1F62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Evento / jerarquía</w:t>
            </w:r>
          </w:p>
        </w:tc>
        <w:tc>
          <w:tcPr>
            <w:tcW w:w="2010" w:type="dxa"/>
          </w:tcPr>
          <w:p w14:paraId="37DD9CB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Resultado verificable</w:t>
            </w:r>
          </w:p>
        </w:tc>
        <w:tc>
          <w:tcPr>
            <w:tcW w:w="2010" w:type="dxa"/>
          </w:tcPr>
          <w:p w14:paraId="4BD0CBA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Prueba / función</w:t>
            </w:r>
          </w:p>
        </w:tc>
        <w:tc>
          <w:tcPr>
            <w:tcW w:w="2010" w:type="dxa"/>
          </w:tcPr>
          <w:p w14:paraId="2420A21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22D4E736" w14:textId="77777777">
        <w:trPr>
          <w:jc w:val="center"/>
        </w:trPr>
        <w:tc>
          <w:tcPr>
            <w:tcW w:w="2010" w:type="dxa"/>
          </w:tcPr>
          <w:p w14:paraId="3CC0D9B9" w14:textId="73307CE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D6D5B62" w14:textId="3E9A7A0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7579BE2" w14:textId="17B2D9D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70432C5" w14:textId="22160B2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71CB190" w14:textId="287EE7C2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44206AD" w14:textId="77777777">
        <w:trPr>
          <w:jc w:val="center"/>
        </w:trPr>
        <w:tc>
          <w:tcPr>
            <w:tcW w:w="2010" w:type="dxa"/>
          </w:tcPr>
          <w:p w14:paraId="5CB6CCDF" w14:textId="43F5262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BDE6113" w14:textId="474895D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D3EFC7B" w14:textId="435C081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468C7CA" w14:textId="42B6C65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2C54056" w14:textId="3344595C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162EE312" w14:textId="77777777">
        <w:trPr>
          <w:jc w:val="center"/>
        </w:trPr>
        <w:tc>
          <w:tcPr>
            <w:tcW w:w="2010" w:type="dxa"/>
          </w:tcPr>
          <w:p w14:paraId="1406CFC0" w14:textId="2EC5C65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45CB55D" w14:textId="46A8580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3A6AEF7" w14:textId="3CAE2A6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C930F13" w14:textId="78E4A68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0B62178" w14:textId="3EAF4FE3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D6FAA48" w14:textId="77777777">
        <w:trPr>
          <w:jc w:val="center"/>
        </w:trPr>
        <w:tc>
          <w:tcPr>
            <w:tcW w:w="2010" w:type="dxa"/>
          </w:tcPr>
          <w:p w14:paraId="1FC9E15D" w14:textId="7457C4F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ED76CA0" w14:textId="4344F97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96F06AC" w14:textId="009E5E8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35FD870" w14:textId="76D5E44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EFF265D" w14:textId="2737F91B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4439BD55" w14:textId="77777777">
        <w:trPr>
          <w:jc w:val="center"/>
        </w:trPr>
        <w:tc>
          <w:tcPr>
            <w:tcW w:w="2010" w:type="dxa"/>
          </w:tcPr>
          <w:p w14:paraId="2FE46699" w14:textId="662BEFC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840B846" w14:textId="4823925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5EA3438" w14:textId="113B115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4E1F334" w14:textId="06A38A9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B3BE7D5" w14:textId="024C2213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76212F61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C3. DISTINCIONES Y CONTRIBUCIONES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2511"/>
        <w:gridCol w:w="2511"/>
        <w:gridCol w:w="2510"/>
      </w:tblGrid>
      <w:tr w:rsidR="009F6EBF" w:rsidRPr="0037092C" w14:paraId="733082A2" w14:textId="77777777">
        <w:trPr>
          <w:jc w:val="center"/>
        </w:trPr>
        <w:tc>
          <w:tcPr>
            <w:tcW w:w="2513" w:type="dxa"/>
          </w:tcPr>
          <w:p w14:paraId="7223A3B5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Año</w:t>
            </w:r>
          </w:p>
        </w:tc>
        <w:tc>
          <w:tcPr>
            <w:tcW w:w="2513" w:type="dxa"/>
          </w:tcPr>
          <w:p w14:paraId="5C4C402D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Reconocimiento o proyecto concluido</w:t>
            </w:r>
          </w:p>
        </w:tc>
        <w:tc>
          <w:tcPr>
            <w:tcW w:w="2513" w:type="dxa"/>
          </w:tcPr>
          <w:p w14:paraId="7446EE1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Organismo emisor / beneficiarios</w:t>
            </w:r>
          </w:p>
        </w:tc>
        <w:tc>
          <w:tcPr>
            <w:tcW w:w="2513" w:type="dxa"/>
          </w:tcPr>
          <w:p w14:paraId="6027D558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2657F6E4" w14:textId="77777777">
        <w:trPr>
          <w:jc w:val="center"/>
        </w:trPr>
        <w:tc>
          <w:tcPr>
            <w:tcW w:w="2513" w:type="dxa"/>
          </w:tcPr>
          <w:p w14:paraId="27106FBF" w14:textId="4DE9892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3C9BC5A2" w14:textId="6B2AE11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3EF9AA20" w14:textId="0A3F7A9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0B00520A" w14:textId="327FE008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69226B2" w14:textId="77777777">
        <w:trPr>
          <w:jc w:val="center"/>
        </w:trPr>
        <w:tc>
          <w:tcPr>
            <w:tcW w:w="2513" w:type="dxa"/>
          </w:tcPr>
          <w:p w14:paraId="17A75795" w14:textId="133E79A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09D79EF0" w14:textId="014CF75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2FF90C52" w14:textId="404DA6E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005A62EF" w14:textId="6EC25C2F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2C31FABE" w14:textId="77777777">
        <w:trPr>
          <w:jc w:val="center"/>
        </w:trPr>
        <w:tc>
          <w:tcPr>
            <w:tcW w:w="2513" w:type="dxa"/>
          </w:tcPr>
          <w:p w14:paraId="4FE33329" w14:textId="5ECEAEA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5A2E9278" w14:textId="5D64955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47B5F8FC" w14:textId="7E08B56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2B1DAAE6" w14:textId="315769A4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5630194A" w14:textId="77777777">
        <w:trPr>
          <w:jc w:val="center"/>
        </w:trPr>
        <w:tc>
          <w:tcPr>
            <w:tcW w:w="2513" w:type="dxa"/>
          </w:tcPr>
          <w:p w14:paraId="146D25EA" w14:textId="3A0EF71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3A544226" w14:textId="76C2062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4D7A71DD" w14:textId="2F24D15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6D6EFEC1" w14:textId="017C8815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0E470A5F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C4. LOGROS ESPECÍFICOS DE 2026</w:t>
      </w:r>
    </w:p>
    <w:p w14:paraId="566593DC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Logro(s) y folio(s) de evidencia: _______________________________________________________________</w:t>
      </w:r>
    </w:p>
    <w:p w14:paraId="11E6455A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C5. SÍNTESIS DE LA TRAYECTORIA</w:t>
      </w:r>
    </w:p>
    <w:p w14:paraId="49FF4CC9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6231929C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</w:t>
      </w:r>
    </w:p>
    <w:p w14:paraId="22D2517A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br w:type="page"/>
      </w:r>
    </w:p>
    <w:p w14:paraId="18519151" w14:textId="77777777" w:rsidR="004D7564" w:rsidRDefault="004D756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20EEB3A7" w14:textId="77777777" w:rsidR="004D7564" w:rsidRDefault="004D756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98C70E3" w14:textId="0C407C56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>ANEXO D · ENTRENADOR, JUEZ O ÁRBITRO</w:t>
      </w:r>
    </w:p>
    <w:p w14:paraId="1BD39DD1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Completar exclusivamente para esta categoría. Seleccionar una función y llenar únicamente el bloque D2 o D3 correspondiente; ambos comparten la identificación D1.</w:t>
      </w:r>
    </w:p>
    <w:p w14:paraId="205A1D3D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D1. FUNCIÓN Y ACREDITACIÓN</w:t>
      </w:r>
    </w:p>
    <w:p w14:paraId="3C207D7C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 xml:space="preserve">Función: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Entrenador(a)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Juez(a)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Árbitro(a)   Especialidad: _________________________________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21"/>
        <w:gridCol w:w="5021"/>
      </w:tblGrid>
      <w:tr w:rsidR="009F6EBF" w:rsidRPr="0037092C" w14:paraId="0E6C14DA" w14:textId="77777777">
        <w:trPr>
          <w:jc w:val="center"/>
        </w:trPr>
        <w:tc>
          <w:tcPr>
            <w:tcW w:w="5026" w:type="dxa"/>
          </w:tcPr>
          <w:p w14:paraId="457ACD19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Dato</w:t>
            </w:r>
          </w:p>
        </w:tc>
        <w:tc>
          <w:tcPr>
            <w:tcW w:w="5026" w:type="dxa"/>
          </w:tcPr>
          <w:p w14:paraId="131B03C3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Información</w:t>
            </w:r>
          </w:p>
        </w:tc>
      </w:tr>
      <w:tr w:rsidR="009F6EBF" w:rsidRPr="0037092C" w14:paraId="0C64E3A2" w14:textId="77777777">
        <w:trPr>
          <w:jc w:val="center"/>
        </w:trPr>
        <w:tc>
          <w:tcPr>
            <w:tcW w:w="5026" w:type="dxa"/>
          </w:tcPr>
          <w:p w14:paraId="6368ADD5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Años de ejercicio acreditados</w:t>
            </w:r>
          </w:p>
        </w:tc>
        <w:tc>
          <w:tcPr>
            <w:tcW w:w="5026" w:type="dxa"/>
          </w:tcPr>
          <w:p w14:paraId="41E1BEE3" w14:textId="217D3664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1D1DCF4D" w14:textId="77777777">
        <w:trPr>
          <w:jc w:val="center"/>
        </w:trPr>
        <w:tc>
          <w:tcPr>
            <w:tcW w:w="5026" w:type="dxa"/>
          </w:tcPr>
          <w:p w14:paraId="157D772D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Organismo de adscripción</w:t>
            </w:r>
          </w:p>
        </w:tc>
        <w:tc>
          <w:tcPr>
            <w:tcW w:w="5026" w:type="dxa"/>
          </w:tcPr>
          <w:p w14:paraId="0951AB1B" w14:textId="5B9C6CF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BF7F279" w14:textId="77777777">
        <w:trPr>
          <w:jc w:val="center"/>
        </w:trPr>
        <w:tc>
          <w:tcPr>
            <w:tcW w:w="5026" w:type="dxa"/>
          </w:tcPr>
          <w:p w14:paraId="1BA6820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Certificación / vigencia / emisor</w:t>
            </w:r>
          </w:p>
        </w:tc>
        <w:tc>
          <w:tcPr>
            <w:tcW w:w="5026" w:type="dxa"/>
          </w:tcPr>
          <w:p w14:paraId="5DD83F0E" w14:textId="1B0D7F3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BF" w:rsidRPr="0037092C" w14:paraId="480FEE7C" w14:textId="77777777">
        <w:trPr>
          <w:jc w:val="center"/>
        </w:trPr>
        <w:tc>
          <w:tcPr>
            <w:tcW w:w="5026" w:type="dxa"/>
          </w:tcPr>
          <w:p w14:paraId="021DE58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Nivel máximo de actuación</w:t>
            </w:r>
          </w:p>
        </w:tc>
        <w:tc>
          <w:tcPr>
            <w:tcW w:w="5026" w:type="dxa"/>
          </w:tcPr>
          <w:p w14:paraId="4FFA154C" w14:textId="6FD6083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63CEEC7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D2. SOLO ENTRENADORES · RESULTADOS ATRIBUIBLES A SU LABOR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9"/>
        <w:gridCol w:w="2008"/>
        <w:gridCol w:w="2008"/>
        <w:gridCol w:w="2009"/>
        <w:gridCol w:w="2008"/>
      </w:tblGrid>
      <w:tr w:rsidR="009F6EBF" w:rsidRPr="0037092C" w14:paraId="265FE6CE" w14:textId="77777777">
        <w:trPr>
          <w:jc w:val="center"/>
        </w:trPr>
        <w:tc>
          <w:tcPr>
            <w:tcW w:w="2010" w:type="dxa"/>
          </w:tcPr>
          <w:p w14:paraId="0AA1191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Atleta / equipo</w:t>
            </w:r>
          </w:p>
        </w:tc>
        <w:tc>
          <w:tcPr>
            <w:tcW w:w="2010" w:type="dxa"/>
          </w:tcPr>
          <w:p w14:paraId="614B73AC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Periodo a cargo</w:t>
            </w:r>
          </w:p>
        </w:tc>
        <w:tc>
          <w:tcPr>
            <w:tcW w:w="2010" w:type="dxa"/>
          </w:tcPr>
          <w:p w14:paraId="26A166CD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Evento / nivel 2026</w:t>
            </w:r>
          </w:p>
        </w:tc>
        <w:tc>
          <w:tcPr>
            <w:tcW w:w="2010" w:type="dxa"/>
          </w:tcPr>
          <w:p w14:paraId="18F18DBB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Resultado</w:t>
            </w:r>
          </w:p>
        </w:tc>
        <w:tc>
          <w:tcPr>
            <w:tcW w:w="2010" w:type="dxa"/>
          </w:tcPr>
          <w:p w14:paraId="05D70ED0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</w:tr>
      <w:tr w:rsidR="009F6EBF" w:rsidRPr="0037092C" w14:paraId="4F1578E0" w14:textId="77777777">
        <w:trPr>
          <w:jc w:val="center"/>
        </w:trPr>
        <w:tc>
          <w:tcPr>
            <w:tcW w:w="2010" w:type="dxa"/>
          </w:tcPr>
          <w:p w14:paraId="48262AE0" w14:textId="0107134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B47BC7F" w14:textId="2CC6141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A174E46" w14:textId="7ED4D1A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B2289C1" w14:textId="2477B95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70B7F0A" w14:textId="4CF38EFC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5D0778A6" w14:textId="77777777">
        <w:trPr>
          <w:jc w:val="center"/>
        </w:trPr>
        <w:tc>
          <w:tcPr>
            <w:tcW w:w="2010" w:type="dxa"/>
          </w:tcPr>
          <w:p w14:paraId="05CB05D7" w14:textId="077A91A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8ABC220" w14:textId="45FD359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043283B" w14:textId="457C380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B6B3AC6" w14:textId="200F02B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BBA8184" w14:textId="5FE545EE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4DD5C9D6" w14:textId="77777777">
        <w:trPr>
          <w:jc w:val="center"/>
        </w:trPr>
        <w:tc>
          <w:tcPr>
            <w:tcW w:w="2010" w:type="dxa"/>
          </w:tcPr>
          <w:p w14:paraId="02AC4E07" w14:textId="0753697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73A0E3A" w14:textId="1DFCEC4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9409CF0" w14:textId="497F4E1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ED19A2D" w14:textId="7AE92AAE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A1474E9" w14:textId="0D7BB8EE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06E07D30" w14:textId="77777777">
        <w:trPr>
          <w:jc w:val="center"/>
        </w:trPr>
        <w:tc>
          <w:tcPr>
            <w:tcW w:w="2010" w:type="dxa"/>
          </w:tcPr>
          <w:p w14:paraId="1DAD039E" w14:textId="2601C3E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17074F5" w14:textId="28F29F4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2438318" w14:textId="33E2F25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308EA04" w14:textId="5E17587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8065B11" w14:textId="5B02793B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6D2F3E07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Adjuntar constancia de vínculo entrenador–atleta/equipo durante el periodo y memoria oficial del resultado.</w:t>
      </w:r>
    </w:p>
    <w:p w14:paraId="486B7719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D3. SOLO JUECES Y ÁRBITROS · DESIGNACIONES Y EVALUACIONES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2008"/>
        <w:gridCol w:w="2008"/>
        <w:gridCol w:w="2009"/>
        <w:gridCol w:w="2009"/>
      </w:tblGrid>
      <w:tr w:rsidR="009F6EBF" w:rsidRPr="0037092C" w14:paraId="2DE193E8" w14:textId="77777777">
        <w:trPr>
          <w:jc w:val="center"/>
        </w:trPr>
        <w:tc>
          <w:tcPr>
            <w:tcW w:w="2010" w:type="dxa"/>
          </w:tcPr>
          <w:p w14:paraId="5DC4CAC7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Evento / nivel</w:t>
            </w:r>
          </w:p>
        </w:tc>
        <w:tc>
          <w:tcPr>
            <w:tcW w:w="2010" w:type="dxa"/>
          </w:tcPr>
          <w:p w14:paraId="61A4262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</w:t>
            </w:r>
          </w:p>
        </w:tc>
        <w:tc>
          <w:tcPr>
            <w:tcW w:w="2010" w:type="dxa"/>
          </w:tcPr>
          <w:p w14:paraId="7159B68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Cargo / prueba</w:t>
            </w:r>
          </w:p>
        </w:tc>
        <w:tc>
          <w:tcPr>
            <w:tcW w:w="2010" w:type="dxa"/>
          </w:tcPr>
          <w:p w14:paraId="19BB867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Designación oficial</w:t>
            </w:r>
          </w:p>
        </w:tc>
        <w:tc>
          <w:tcPr>
            <w:tcW w:w="2010" w:type="dxa"/>
          </w:tcPr>
          <w:p w14:paraId="4A22A35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Evaluación / folio</w:t>
            </w:r>
          </w:p>
        </w:tc>
      </w:tr>
      <w:tr w:rsidR="009F6EBF" w:rsidRPr="0037092C" w14:paraId="7BE9F7C0" w14:textId="77777777">
        <w:trPr>
          <w:jc w:val="center"/>
        </w:trPr>
        <w:tc>
          <w:tcPr>
            <w:tcW w:w="2010" w:type="dxa"/>
          </w:tcPr>
          <w:p w14:paraId="41F3E773" w14:textId="08F1B02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502FB26" w14:textId="397CCB76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E69A883" w14:textId="73AD839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6727CE9" w14:textId="1588FCC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012ECFE3" w14:textId="2D90E5C8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1CC0DBA7" w14:textId="77777777">
        <w:trPr>
          <w:jc w:val="center"/>
        </w:trPr>
        <w:tc>
          <w:tcPr>
            <w:tcW w:w="2010" w:type="dxa"/>
          </w:tcPr>
          <w:p w14:paraId="59D27B1C" w14:textId="0BDA616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AC9B7DC" w14:textId="03963979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79F7932" w14:textId="629ED45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BF939D3" w14:textId="43556EE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132C1225" w14:textId="09BFACD8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76403DCE" w14:textId="77777777">
        <w:trPr>
          <w:jc w:val="center"/>
        </w:trPr>
        <w:tc>
          <w:tcPr>
            <w:tcW w:w="2010" w:type="dxa"/>
          </w:tcPr>
          <w:p w14:paraId="2DB750B7" w14:textId="53D785BB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6CA0350D" w14:textId="3527950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592012E1" w14:textId="02459B6D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3E8135CD" w14:textId="3F8B5D65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DF9E12C" w14:textId="62C90DF9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4CFF4404" w14:textId="77777777">
        <w:trPr>
          <w:jc w:val="center"/>
        </w:trPr>
        <w:tc>
          <w:tcPr>
            <w:tcW w:w="2010" w:type="dxa"/>
          </w:tcPr>
          <w:p w14:paraId="19900C89" w14:textId="0E32448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63DB19F" w14:textId="4A8BE3C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47D3F009" w14:textId="43685B7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28AC69DB" w14:textId="608AB33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</w:tcPr>
          <w:p w14:paraId="7965AF34" w14:textId="61A7BEF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77E13D78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Número de designaciones oficiales 2026: ______  |  Evaluaciones técnicas emitidas por organismo competente: ______</w:t>
      </w:r>
    </w:p>
    <w:p w14:paraId="170013A4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D4. ACTIVIDAD FORMATIVA Y CONTRIBUCIÓN MUNICIPAL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2510"/>
        <w:gridCol w:w="2511"/>
        <w:gridCol w:w="2511"/>
      </w:tblGrid>
      <w:tr w:rsidR="009F6EBF" w:rsidRPr="0037092C" w14:paraId="4EB1FC4A" w14:textId="77777777">
        <w:trPr>
          <w:jc w:val="center"/>
        </w:trPr>
        <w:tc>
          <w:tcPr>
            <w:tcW w:w="2513" w:type="dxa"/>
          </w:tcPr>
          <w:p w14:paraId="78FE3565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Actividad / proyecto</w:t>
            </w:r>
          </w:p>
        </w:tc>
        <w:tc>
          <w:tcPr>
            <w:tcW w:w="2513" w:type="dxa"/>
          </w:tcPr>
          <w:p w14:paraId="4B535415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</w:t>
            </w:r>
          </w:p>
        </w:tc>
        <w:tc>
          <w:tcPr>
            <w:tcW w:w="2513" w:type="dxa"/>
          </w:tcPr>
          <w:p w14:paraId="56CD9526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Participantes / beneficiarios</w:t>
            </w:r>
          </w:p>
        </w:tc>
        <w:tc>
          <w:tcPr>
            <w:tcW w:w="2513" w:type="dxa"/>
          </w:tcPr>
          <w:p w14:paraId="27DFC5BF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Documento probatorio</w:t>
            </w:r>
          </w:p>
        </w:tc>
      </w:tr>
      <w:tr w:rsidR="009F6EBF" w:rsidRPr="0037092C" w14:paraId="0AD1681B" w14:textId="77777777">
        <w:trPr>
          <w:jc w:val="center"/>
        </w:trPr>
        <w:tc>
          <w:tcPr>
            <w:tcW w:w="2513" w:type="dxa"/>
          </w:tcPr>
          <w:p w14:paraId="1D287CCD" w14:textId="7B55F972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354876C0" w14:textId="050BF868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38007905" w14:textId="059CCB8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052F836C" w14:textId="43085EE5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307FDF7C" w14:textId="77777777">
        <w:trPr>
          <w:jc w:val="center"/>
        </w:trPr>
        <w:tc>
          <w:tcPr>
            <w:tcW w:w="2513" w:type="dxa"/>
          </w:tcPr>
          <w:p w14:paraId="1E938B2F" w14:textId="2C4F83F3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1D4F4678" w14:textId="3745526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054F2C82" w14:textId="6B38A75F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496B3292" w14:textId="2E3DE7FE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  <w:tr w:rsidR="009F6EBF" w:rsidRPr="0037092C" w14:paraId="0503441F" w14:textId="77777777">
        <w:trPr>
          <w:jc w:val="center"/>
        </w:trPr>
        <w:tc>
          <w:tcPr>
            <w:tcW w:w="2513" w:type="dxa"/>
          </w:tcPr>
          <w:p w14:paraId="34AD66B9" w14:textId="0185CCBC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7B4A9667" w14:textId="7977D7C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7778ED64" w14:textId="7779E397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13" w:type="dxa"/>
          </w:tcPr>
          <w:p w14:paraId="75381ED2" w14:textId="7A2CDFCE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color w:val="000000" w:themeColor="text1"/>
                <w:sz w:val="16"/>
              </w:rPr>
              <w:t>E-</w:t>
            </w:r>
          </w:p>
        </w:tc>
      </w:tr>
    </w:tbl>
    <w:p w14:paraId="6959070A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br w:type="page"/>
      </w:r>
    </w:p>
    <w:p w14:paraId="38C5A2A2" w14:textId="77777777" w:rsidR="004D7564" w:rsidRDefault="004D7564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17700A2A" w14:textId="006EE14B" w:rsidR="009F6EBF" w:rsidRPr="0037092C" w:rsidRDefault="00535D3D">
      <w:pPr>
        <w:jc w:val="center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8"/>
        </w:rPr>
        <w:t>VERIFICACIÓN, DECLARACIÓN Y RECEPCIÓN</w:t>
      </w:r>
    </w:p>
    <w:p w14:paraId="4042A694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IX. LISTA DE VERIFICACIÓN DOCUMENTAL</w:t>
      </w:r>
    </w:p>
    <w:p w14:paraId="57FD53E1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Convocatoria: presentación de original y cuatro copias fotostáticas; entrega en formato digital conforme a las bases.</w:t>
      </w:r>
    </w:p>
    <w:p w14:paraId="2C87CFF5" w14:textId="31846141" w:rsidR="009F6EBF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Formato </w:t>
      </w:r>
      <w:r w:rsidR="000345CB">
        <w:rPr>
          <w:rFonts w:ascii="Times New Roman" w:hAnsi="Times New Roman" w:cs="Times New Roman"/>
          <w:color w:val="000000" w:themeColor="text1"/>
        </w:rPr>
        <w:t>propuesta de candidature</w:t>
      </w:r>
    </w:p>
    <w:p w14:paraId="3E93CAB6" w14:textId="77777777" w:rsidR="000345CB" w:rsidRPr="0037092C" w:rsidRDefault="000345CB" w:rsidP="000345CB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Memorias, actas, constancias y otros soportes de resultados</w:t>
      </w:r>
    </w:p>
    <w:p w14:paraId="7141AF16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CURP</w:t>
      </w:r>
    </w:p>
    <w:p w14:paraId="7FE6CAF6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Acta de nacimiento</w:t>
      </w:r>
    </w:p>
    <w:p w14:paraId="540535D4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Identificación oficial vigente; para menores, del padre, madre o tutor</w:t>
      </w:r>
    </w:p>
    <w:p w14:paraId="66EEE699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Fotografía infantil a color</w:t>
      </w:r>
    </w:p>
    <w:p w14:paraId="76115A97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Comprobante de domicilio con antigüedad máxima de dos meses o constancia domiciliaria</w:t>
      </w:r>
    </w:p>
    <w:p w14:paraId="0AD8C493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Acreditación de nacimiento en Coacalco o residencia deportiva mínima de 10 años</w:t>
      </w:r>
    </w:p>
    <w:p w14:paraId="38F9F639" w14:textId="77777777" w:rsidR="009F6EBF" w:rsidRPr="0037092C" w:rsidRDefault="00535D3D">
      <w:pPr>
        <w:spacing w:after="6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Entregado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Pendiente   Acta constitutiva si la propuesta corresponde a una organización deportiva</w:t>
      </w:r>
    </w:p>
    <w:p w14:paraId="6867B2BC" w14:textId="77777777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X. DECLARACIÓN BAJO PROTESTA DE DECIR VERDAD</w:t>
      </w:r>
    </w:p>
    <w:p w14:paraId="6D40C1D1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Declaro que la información y documentación presentada es auténtica; que participo en una sola categoría; que cumplo el vínculo municipal exigido; que no desempeño actualmente cargo, empleo o comisión como servidor público municipal, estatal o federal; y que acepto las bases y la resolución del Comité para la Asignación de Apoyos y Estímulos.</w:t>
      </w:r>
    </w:p>
    <w:p w14:paraId="685861DD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Nombre y firma de la persona candidata: ________________________________________________________</w:t>
      </w:r>
    </w:p>
    <w:p w14:paraId="21AF4D8E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Nombre y firma del padre, madre o tutor (si corresponde): __________________________________________</w:t>
      </w:r>
    </w:p>
    <w:p w14:paraId="5D3EF423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Nombre y firma de quien propone (si es distinto): _________________________________________________</w:t>
      </w:r>
    </w:p>
    <w:p w14:paraId="5328BB5B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Lugar y fecha: _____________________________________________________________________________</w:t>
      </w:r>
    </w:p>
    <w:p w14:paraId="539D5BC6" w14:textId="77777777" w:rsidR="004D7564" w:rsidRDefault="004D7564">
      <w:pPr>
        <w:spacing w:before="200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5CA86753" w14:textId="10FCF706" w:rsidR="009F6EBF" w:rsidRPr="0037092C" w:rsidRDefault="00535D3D">
      <w:pPr>
        <w:spacing w:before="200"/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b/>
          <w:color w:val="000000" w:themeColor="text1"/>
          <w:sz w:val="20"/>
        </w:rPr>
        <w:t>XI. RECEPCIÓN Y REVISIÓN · USO INSTITUCIONAL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47"/>
        <w:gridCol w:w="3348"/>
        <w:gridCol w:w="3347"/>
      </w:tblGrid>
      <w:tr w:rsidR="009F6EBF" w:rsidRPr="0037092C" w14:paraId="74AA9DF6" w14:textId="77777777">
        <w:trPr>
          <w:jc w:val="center"/>
        </w:trPr>
        <w:tc>
          <w:tcPr>
            <w:tcW w:w="3351" w:type="dxa"/>
          </w:tcPr>
          <w:p w14:paraId="4390D01E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Folio</w:t>
            </w:r>
          </w:p>
        </w:tc>
        <w:tc>
          <w:tcPr>
            <w:tcW w:w="3351" w:type="dxa"/>
          </w:tcPr>
          <w:p w14:paraId="258CD722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Recibido por</w:t>
            </w:r>
          </w:p>
        </w:tc>
        <w:tc>
          <w:tcPr>
            <w:tcW w:w="3351" w:type="dxa"/>
          </w:tcPr>
          <w:p w14:paraId="2725EABA" w14:textId="77777777" w:rsidR="009F6EBF" w:rsidRPr="0037092C" w:rsidRDefault="00535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7092C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Fecha y hora / sello</w:t>
            </w:r>
          </w:p>
        </w:tc>
      </w:tr>
      <w:tr w:rsidR="009F6EBF" w:rsidRPr="0037092C" w14:paraId="4C1A584C" w14:textId="77777777">
        <w:trPr>
          <w:jc w:val="center"/>
        </w:trPr>
        <w:tc>
          <w:tcPr>
            <w:tcW w:w="3351" w:type="dxa"/>
          </w:tcPr>
          <w:p w14:paraId="507ACFA4" w14:textId="46D488A0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51" w:type="dxa"/>
          </w:tcPr>
          <w:p w14:paraId="127CA85D" w14:textId="628A3A2A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51" w:type="dxa"/>
          </w:tcPr>
          <w:p w14:paraId="5353ACD5" w14:textId="6BE64781" w:rsidR="009F6EBF" w:rsidRPr="0037092C" w:rsidRDefault="009F6EB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9BA2B2F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Expediente completo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Requiere subsanación  </w:t>
      </w:r>
      <w:r w:rsidRPr="0037092C">
        <w:rPr>
          <w:rFonts w:ascii="Segoe UI Symbol" w:hAnsi="Segoe UI Symbol" w:cs="Segoe UI Symbol"/>
          <w:color w:val="000000" w:themeColor="text1"/>
        </w:rPr>
        <w:t>☐</w:t>
      </w:r>
      <w:r w:rsidRPr="0037092C">
        <w:rPr>
          <w:rFonts w:ascii="Times New Roman" w:hAnsi="Times New Roman" w:cs="Times New Roman"/>
          <w:color w:val="000000" w:themeColor="text1"/>
        </w:rPr>
        <w:t xml:space="preserve"> Turnado al Comité    Observaciones: _______________________</w:t>
      </w:r>
    </w:p>
    <w:p w14:paraId="6617802A" w14:textId="77777777" w:rsidR="009F6EBF" w:rsidRPr="0037092C" w:rsidRDefault="00535D3D">
      <w:pPr>
        <w:rPr>
          <w:rFonts w:ascii="Times New Roman" w:hAnsi="Times New Roman" w:cs="Times New Roman"/>
          <w:color w:val="000000" w:themeColor="text1"/>
        </w:rPr>
      </w:pPr>
      <w:r w:rsidRPr="0037092C">
        <w:rPr>
          <w:rFonts w:ascii="Times New Roman" w:hAnsi="Times New Roman" w:cs="Times New Roman"/>
          <w:color w:val="000000" w:themeColor="text1"/>
        </w:rPr>
        <w:t>La convocatoria señala cierre de recepción el 4 de noviembre de 2026 a las 18:00 horas; la indicación del día de la semana presenta una inconsistencia en su redacción. El Instituto deberá proporcionar el aviso de privacidad correspondiente.</w:t>
      </w:r>
    </w:p>
    <w:p w14:paraId="2E9CC026" w14:textId="77777777" w:rsidR="009F6EBF" w:rsidRDefault="00535D3D">
      <w:r w:rsidRPr="0037092C">
        <w:rPr>
          <w:rFonts w:ascii="Times New Roman" w:hAnsi="Times New Roman" w:cs="Times New Roman"/>
          <w:color w:val="000000" w:themeColor="text1"/>
        </w:rPr>
        <w:t>Este formato complementario no sustituye el registro oficial ni prejuzga elegibilid</w:t>
      </w:r>
      <w:r>
        <w:t>ad, puntuación o resultado del dictamen.</w:t>
      </w:r>
    </w:p>
    <w:sectPr w:rsidR="009F6EBF" w:rsidSect="00034616">
      <w:headerReference w:type="default" r:id="rId8"/>
      <w:footerReference w:type="even" r:id="rId9"/>
      <w:footerReference w:type="default" r:id="rId10"/>
      <w:pgSz w:w="12240" w:h="15840"/>
      <w:pgMar w:top="1195" w:right="1094" w:bottom="1008" w:left="10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68A45" w14:textId="77777777" w:rsidR="00A0501C" w:rsidRDefault="00A0501C">
      <w:pPr>
        <w:spacing w:after="0" w:line="240" w:lineRule="auto"/>
      </w:pPr>
      <w:r>
        <w:separator/>
      </w:r>
    </w:p>
  </w:endnote>
  <w:endnote w:type="continuationSeparator" w:id="0">
    <w:p w14:paraId="2CBAAA9E" w14:textId="77777777" w:rsidR="00A0501C" w:rsidRDefault="00A05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05628254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0837207" w14:textId="6194AB42" w:rsidR="004D7564" w:rsidRDefault="004D7564" w:rsidP="00D0268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 w:rsidR="00A0501C"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125BA2DB" w14:textId="77777777" w:rsidR="004D7564" w:rsidRDefault="004D7564" w:rsidP="004D756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28497330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4CCF53A" w14:textId="5F9CC66E" w:rsidR="004D7564" w:rsidRDefault="004D7564" w:rsidP="00D0268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7</w:t>
        </w:r>
        <w:r>
          <w:rPr>
            <w:rStyle w:val="Nmerodepgina"/>
          </w:rPr>
          <w:fldChar w:fldCharType="end"/>
        </w:r>
      </w:p>
    </w:sdtContent>
  </w:sdt>
  <w:p w14:paraId="40548122" w14:textId="77777777" w:rsidR="009F6EBF" w:rsidRDefault="00535D3D" w:rsidP="004D7564">
    <w:pPr>
      <w:pStyle w:val="Piedepgina"/>
      <w:ind w:right="360"/>
      <w:jc w:val="center"/>
    </w:pPr>
    <w:r>
      <w:rPr>
        <w:sz w:val="14"/>
      </w:rPr>
      <w:t>IMCUFIDEC · PREMIO MUNICIPAL AL DEPORTE 2026  |  FORMATO COMPLEMENTARIO DE POSTULACIÓN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DDD73" w14:textId="77777777" w:rsidR="00A0501C" w:rsidRDefault="00A0501C">
      <w:pPr>
        <w:spacing w:after="0" w:line="240" w:lineRule="auto"/>
      </w:pPr>
      <w:r>
        <w:separator/>
      </w:r>
    </w:p>
  </w:footnote>
  <w:footnote w:type="continuationSeparator" w:id="0">
    <w:p w14:paraId="610CB488" w14:textId="77777777" w:rsidR="00A0501C" w:rsidRDefault="00A05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404E" w14:textId="5F1F0717" w:rsidR="009F6EBF" w:rsidRPr="00E269EF" w:rsidRDefault="005B3578">
    <w:pPr>
      <w:pStyle w:val="Encabezado"/>
      <w:jc w:val="center"/>
      <w:rPr>
        <w:b/>
        <w:bCs/>
      </w:rPr>
    </w:pPr>
    <w:r w:rsidRPr="00E269EF">
      <w:rPr>
        <w:b/>
        <w:bCs/>
        <w:noProof/>
        <w:sz w:val="20"/>
        <w:szCs w:val="24"/>
      </w:rPr>
      <w:drawing>
        <wp:anchor distT="0" distB="0" distL="114300" distR="114300" simplePos="0" relativeHeight="251658240" behindDoc="0" locked="0" layoutInCell="1" allowOverlap="1" wp14:anchorId="05A079EC" wp14:editId="1F6BBEC5">
          <wp:simplePos x="0" y="0"/>
          <wp:positionH relativeFrom="column">
            <wp:posOffset>28575</wp:posOffset>
          </wp:positionH>
          <wp:positionV relativeFrom="paragraph">
            <wp:posOffset>-107950</wp:posOffset>
          </wp:positionV>
          <wp:extent cx="1360170" cy="5600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 rotWithShape="1">
                  <a:blip r:embed="rId1"/>
                  <a:srcRect l="3931"/>
                  <a:stretch/>
                </pic:blipFill>
                <pic:spPr bwMode="auto">
                  <a:xfrm>
                    <a:off x="0" y="0"/>
                    <a:ext cx="1360170" cy="56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564" w:rsidRPr="00E269EF">
      <w:rPr>
        <w:b/>
        <w:bCs/>
        <w:noProof/>
        <w:sz w:val="20"/>
        <w:szCs w:val="24"/>
      </w:rPr>
      <w:drawing>
        <wp:anchor distT="0" distB="0" distL="114300" distR="114300" simplePos="0" relativeHeight="251659264" behindDoc="0" locked="0" layoutInCell="1" allowOverlap="1" wp14:anchorId="47291106" wp14:editId="6B50B7D9">
          <wp:simplePos x="0" y="0"/>
          <wp:positionH relativeFrom="column">
            <wp:posOffset>5334968</wp:posOffset>
          </wp:positionH>
          <wp:positionV relativeFrom="paragraph">
            <wp:posOffset>-207840</wp:posOffset>
          </wp:positionV>
          <wp:extent cx="1234440" cy="44767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444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9EF" w:rsidRPr="00E269EF">
      <w:rPr>
        <w:b/>
        <w:bCs/>
        <w:sz w:val="20"/>
        <w:szCs w:val="24"/>
      </w:rPr>
      <w:t>FORMATO 1</w:t>
    </w:r>
    <w:r w:rsidR="004D7564" w:rsidRPr="00E269EF">
      <w:rPr>
        <w:b/>
        <w:bCs/>
        <w:sz w:val="20"/>
        <w:szCs w:val="24"/>
      </w:rPr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03"/>
    <w:rsid w:val="000345CB"/>
    <w:rsid w:val="00034616"/>
    <w:rsid w:val="0006063C"/>
    <w:rsid w:val="00092BBD"/>
    <w:rsid w:val="00102EDC"/>
    <w:rsid w:val="0015074B"/>
    <w:rsid w:val="00172C1C"/>
    <w:rsid w:val="001920E9"/>
    <w:rsid w:val="00243207"/>
    <w:rsid w:val="0029482B"/>
    <w:rsid w:val="0029639D"/>
    <w:rsid w:val="002E33C1"/>
    <w:rsid w:val="00326F90"/>
    <w:rsid w:val="0037092C"/>
    <w:rsid w:val="00490396"/>
    <w:rsid w:val="004D7564"/>
    <w:rsid w:val="00535D3D"/>
    <w:rsid w:val="005B3578"/>
    <w:rsid w:val="00851209"/>
    <w:rsid w:val="008F19A0"/>
    <w:rsid w:val="008F1B10"/>
    <w:rsid w:val="00972614"/>
    <w:rsid w:val="009F6EBF"/>
    <w:rsid w:val="00A0501C"/>
    <w:rsid w:val="00A118EE"/>
    <w:rsid w:val="00A44E9F"/>
    <w:rsid w:val="00AA1D8D"/>
    <w:rsid w:val="00B47730"/>
    <w:rsid w:val="00BF201B"/>
    <w:rsid w:val="00CB0664"/>
    <w:rsid w:val="00E269EF"/>
    <w:rsid w:val="00E27EC1"/>
    <w:rsid w:val="00E72294"/>
    <w:rsid w:val="00EA3C64"/>
    <w:rsid w:val="00EE654A"/>
    <w:rsid w:val="00F9046E"/>
    <w:rsid w:val="00FC693F"/>
    <w:rsid w:val="00FF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8EFC27"/>
  <w14:defaultImageDpi w14:val="300"/>
  <w15:docId w15:val="{17877337-A337-144F-BEC2-E1795C9C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4D7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1499</Words>
  <Characters>8247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2026-10-14T19:26:00Z</dcterms:created>
  <dcterms:modified xsi:type="dcterms:W3CDTF">2026-10-14T19:26:00Z</dcterms:modified>
  <cp:category/>
</cp:coreProperties>
</file>